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0B6E4F"/>
          <w:sz w:val="44"/>
        </w:rPr>
        <w:t>Bear Den Guide</w:t>
      </w:r>
    </w:p>
    <w:p>
      <w:pPr>
        <w:jc w:val="center"/>
      </w:pPr>
      <w:r>
        <w:rPr>
          <w:i/>
          <w:sz w:val="22"/>
        </w:rPr>
        <w:t>Pack 925  ·  2026-2027  ·  3rd Grade</w:t>
      </w:r>
    </w:p>
    <w:p/>
    <w:p>
      <w:pPr>
        <w:spacing w:after="40"/>
      </w:pPr>
      <w:r>
        <w:rPr>
          <w:b/>
        </w:rPr>
        <w:t xml:space="preserve">How this den works: </w:t>
      </w:r>
      <w:r>
        <w:t>Adult partners welcome but not required. Two registered leaders (21+) must be present.</w:t>
      </w:r>
    </w:p>
    <w:p>
      <w:r>
        <w:t>Bears are 3rd graders: capable, curious, and ready to do more themselves. Adult partners are welcome but not required at every meeting, so the Den Chief can give real jobs to Scouts and let them lead small pieces. Two registered leaders age 21+ must be present at every meeting and outing.</w:t>
      </w:r>
    </w:p>
    <w:p>
      <w:r>
        <w:rPr>
          <w:i/>
        </w:rPr>
        <w:t>This guide covers the two ALIGNED den-meeting weeks each month. Each required adventure is split across those two sessions so the whole pack stays on the same page.</w:t>
      </w:r>
    </w:p>
    <w:p>
      <w:pPr>
        <w:spacing w:before="240" w:after="80"/>
      </w:pPr>
      <w:r>
        <w:rPr>
          <w:b/>
          <w:color w:val="0B6E4F"/>
          <w:sz w:val="30"/>
        </w:rPr>
        <w:t>Den Chief Playbook</w:t>
      </w:r>
    </w:p>
    <w:p>
      <w:r>
        <w:t>You're the Den Chief - a Scouts BSA youth leader helping run a Cub Scout den. You are the coolest person in the room to these kids; they will copy everything you do. Your job is to help the adult den leader run a fun, on-time meeting and to be a role model.</w:t>
      </w:r>
    </w:p>
    <w:p>
      <w:r>
        <w:rPr>
          <w:b/>
        </w:rPr>
        <w:t>Before the meeting</w:t>
      </w:r>
    </w:p>
    <w:p>
      <w:pPr>
        <w:pStyle w:val="ListBullet"/>
      </w:pPr>
      <w:r>
        <w:t>Show up 10-15 minutes early in your field uniform (Class A).</w:t>
      </w:r>
    </w:p>
    <w:p>
      <w:pPr>
        <w:pStyle w:val="ListBullet"/>
      </w:pPr>
      <w:r>
        <w:t>Ask the den leader what the plan is and which parts they want YOU to run.</w:t>
      </w:r>
    </w:p>
    <w:p>
      <w:pPr>
        <w:pStyle w:val="ListBullet"/>
      </w:pPr>
      <w:r>
        <w:t>Set out materials and get the gathering game ready before Scouts arrive.</w:t>
      </w:r>
    </w:p>
    <w:p>
      <w:r>
        <w:rPr>
          <w:b/>
        </w:rPr>
        <w:t>During the meeting</w:t>
      </w:r>
    </w:p>
    <w:p>
      <w:pPr>
        <w:pStyle w:val="ListBullet"/>
      </w:pPr>
      <w:r>
        <w:t>Run the gathering game and lead the ceremonies (Oath/Law) with energy.</w:t>
      </w:r>
    </w:p>
    <w:p>
      <w:pPr>
        <w:pStyle w:val="ListBullet"/>
      </w:pPr>
      <w:r>
        <w:t>Demonstrate activities using EDGE: Explain, Demonstrate, Guide, Enable.</w:t>
      </w:r>
    </w:p>
    <w:p>
      <w:pPr>
        <w:pStyle w:val="ListBullet"/>
      </w:pPr>
      <w:r>
        <w:t>Keep the pace up. If an activity is done, move on. Bored Cubs get wiggly.</w:t>
      </w:r>
    </w:p>
    <w:p>
      <w:pPr>
        <w:pStyle w:val="ListBullet"/>
      </w:pPr>
      <w:r>
        <w:t>Use praise, not scolding. Catch kids doing the right thing and call it out.</w:t>
      </w:r>
    </w:p>
    <w:p>
      <w:pPr>
        <w:pStyle w:val="ListBullet"/>
      </w:pPr>
      <w:r>
        <w:t>Never be alone one-on-one with a Cub Scout (Youth Protection - stay in sight of others).</w:t>
      </w:r>
    </w:p>
    <w:p>
      <w:r>
        <w:rPr>
          <w:b/>
        </w:rPr>
        <w:t>After the meeting</w:t>
      </w:r>
    </w:p>
    <w:p>
      <w:pPr>
        <w:pStyle w:val="ListBullet"/>
      </w:pPr>
      <w:r>
        <w:t>Get the Cubs to help clean up - make it a race.</w:t>
      </w:r>
    </w:p>
    <w:p>
      <w:pPr>
        <w:pStyle w:val="ListBullet"/>
      </w:pPr>
      <w:r>
        <w:t>Ask the leader how it went and what's next week.</w:t>
      </w:r>
    </w:p>
    <w:p>
      <w:pPr>
        <w:pStyle w:val="ListBullet"/>
      </w:pPr>
      <w:r>
        <w:t>Log your service hours - this counts toward your rank and the Den Chief Service Award.</w:t>
      </w:r>
    </w:p>
    <w:p>
      <w:r>
        <w:rPr>
          <w:b/>
        </w:rPr>
        <w:t>Your toolkit</w:t>
      </w:r>
    </w:p>
    <w:p>
      <w:pPr>
        <w:pStyle w:val="ListBullet"/>
      </w:pPr>
      <w:r>
        <w:t>A few extra pencils and sharpies</w:t>
      </w:r>
    </w:p>
    <w:p>
      <w:pPr>
        <w:pStyle w:val="ListBullet"/>
      </w:pPr>
      <w:r>
        <w:t>A whistle (one blast = freeze and look at me)</w:t>
      </w:r>
    </w:p>
    <w:p>
      <w:pPr>
        <w:pStyle w:val="ListBullet"/>
      </w:pPr>
      <w:r>
        <w:t>2-3 backup games in your pocket for when you finish early</w:t>
      </w:r>
    </w:p>
    <w:p>
      <w:pPr>
        <w:pStyle w:val="ListBullet"/>
      </w:pPr>
      <w:r>
        <w:t>A positive attitude - your energy sets the room</w:t>
      </w:r>
    </w:p>
    <w:p>
      <w:r>
        <w:rPr>
          <w:b/>
        </w:rPr>
        <w:t>The 6-part meeting flow (every week)</w:t>
      </w:r>
    </w:p>
    <w:p>
      <w:pPr>
        <w:spacing w:after="20"/>
        <w:numPr>
          <w:ilvl w:val="0"/>
          <w:numId w:val="10"/>
        </w:numPr>
      </w:pPr>
      <w:r>
        <w:t>Before (10 min): Den Chief + adult leader set up. Lay out materials. Write tonight's plan on a board or paper so everyone can see it.</w:t>
      </w:r>
    </w:p>
    <w:p>
      <w:pPr>
        <w:spacing w:after="20"/>
        <w:numPr>
          <w:ilvl w:val="0"/>
          <w:numId w:val="10"/>
        </w:numPr>
      </w:pPr>
      <w:r>
        <w:t>Gathering (10 min): As Scouts arrive they jump straight into the gathering game so no one is standing around. The host adult/Den Chief runs it while the leader takes attendance and collects any dues.</w:t>
      </w:r>
    </w:p>
    <w:p>
      <w:pPr>
        <w:spacing w:after="20"/>
        <w:numPr>
          <w:ilvl w:val="0"/>
          <w:numId w:val="10"/>
        </w:numPr>
      </w:pPr>
      <w:r>
        <w:t>Opening (5 min): Everyone stands. Do the flag/opening ceremony: Pledge of Allegiance, Scout Oath, and Scout Law. Keep it crisp.</w:t>
      </w:r>
    </w:p>
    <w:p>
      <w:pPr>
        <w:spacing w:after="20"/>
        <w:numPr>
          <w:ilvl w:val="0"/>
          <w:numId w:val="10"/>
        </w:numPr>
      </w:pPr>
      <w:r>
        <w:t>Activities (25-30 min): The main event - the adventure activities for tonight. This is where the requirements get done.</w:t>
      </w:r>
    </w:p>
    <w:p>
      <w:pPr>
        <w:spacing w:after="20"/>
        <w:numPr>
          <w:ilvl w:val="0"/>
          <w:numId w:val="10"/>
        </w:numPr>
      </w:pPr>
      <w:r>
        <w:t>Closing (5 min): Leader gives reminders (next meeting date, what to bring). Den Chief leads a short closing thought and the Living Circle.</w:t>
      </w:r>
    </w:p>
    <w:p>
      <w:pPr>
        <w:spacing w:after="20"/>
        <w:numPr>
          <w:ilvl w:val="0"/>
          <w:numId w:val="10"/>
        </w:numPr>
      </w:pPr>
      <w:r>
        <w:t>After (5 min): Scouts help put the room back in order. Leader + Den Chief quickly preview next week.</w:t>
      </w:r>
    </w:p>
    <w:p>
      <w:r>
        <w:rPr>
          <w:b/>
        </w:rPr>
        <w:t>Say-it-from-memory</w:t>
      </w:r>
    </w:p>
    <w:p>
      <w:pPr>
        <w:spacing w:after="40"/>
      </w:pPr>
      <w:r>
        <w:rPr>
          <w:b/>
        </w:rPr>
        <w:t xml:space="preserve">Scout Oath: </w:t>
      </w:r>
      <w:r>
        <w:t>On my honor I will do my best to do my duty to God and my country and to obey the Scout Law; to help other people at all times; to keep myself physically strong, mentally awake, and morally straight.</w:t>
      </w:r>
    </w:p>
    <w:p>
      <w:pPr>
        <w:spacing w:after="40"/>
      </w:pPr>
      <w:r>
        <w:rPr>
          <w:b/>
        </w:rPr>
        <w:t xml:space="preserve">Scout Law: </w:t>
      </w:r>
      <w:r>
        <w:t>A Scout is Trustworthy, Loyal, Helpful, Friendly, Courteous, Kind, Obedient, Cheerful, Thrifty, Brave, Clean, and Reverent.</w:t>
      </w:r>
    </w:p>
    <w:p>
      <w:pPr>
        <w:spacing w:after="40"/>
      </w:pPr>
      <w:r>
        <w:rPr>
          <w:b/>
        </w:rPr>
        <w:t xml:space="preserve">Cub Scout Motto: </w:t>
      </w:r>
      <w:r>
        <w:t>Do Your Best.</w:t>
      </w:r>
    </w:p>
    <w:p>
      <w:pPr>
        <w:spacing w:after="40"/>
      </w:pPr>
      <w:r>
        <w:rPr>
          <w:b/>
        </w:rPr>
        <w:t xml:space="preserve">Six Essentials: </w:t>
      </w:r>
      <w:r>
        <w:t>1) Water bottle, 2) Flashlight, 3) First-aid kit, 4) Trail food/snack, 5) Sun protection, 6) Whistle. (A jacket/rain gear is a smart 'plus one.')</w:t>
      </w:r>
    </w:p>
    <w:p>
      <w:r>
        <w:br w:type="page"/>
      </w:r>
    </w:p>
    <w:p>
      <w:pPr>
        <w:spacing w:before="280" w:after="80"/>
      </w:pPr>
      <w:r>
        <w:rPr>
          <w:b/>
          <w:color w:val="0B6E4F"/>
          <w:sz w:val="28"/>
        </w:rPr>
        <w:t>August 2026: Bobcat Kickoff</w:t>
      </w:r>
    </w:p>
    <w:p>
      <w:r>
        <w:rPr>
          <w:i/>
        </w:rPr>
        <w:t>August is a partial startup month: the Welcome Back Party (Aug 13) and New Scout Night (Aug 20) kick off the year, and the first den meeting (Aug 27) starts Bobcat. Meet everyone, set up how the den runs, and get a first taste of the Scout Oath, Law, and sign. Bobcat is finished in September, so Scouts who join in early fall still catch up.</w:t>
      </w:r>
    </w:p>
    <w:tbl>
      <w:tblPr>
        <w:tblStyle w:val="LightGrid-Accent1"/>
        <w:tblW w:type="auto" w:w="0"/>
        <w:tblLook w:firstColumn="1" w:firstRow="1" w:lastColumn="0" w:lastRow="0" w:noHBand="0" w:noVBand="1" w:val="04A0"/>
      </w:tblPr>
      <w:tblGrid>
        <w:gridCol w:w="3360"/>
        <w:gridCol w:w="3360"/>
        <w:gridCol w:w="3360"/>
      </w:tblGrid>
      <w:tr>
        <w:tc>
          <w:tcPr>
            <w:tcW w:type="dxa" w:w="3360"/>
          </w:tcPr>
          <w:p>
            <w:r>
              <w:rPr>
                <w:sz w:val="17"/>
              </w:rPr>
              <w:t>Aligned Den Meeting</w:t>
              <w:br/>
              <w:t>Thu Aug 27</w:t>
            </w:r>
          </w:p>
        </w:tc>
        <w:tc>
          <w:tcPr>
            <w:tcW w:type="dxa" w:w="3360"/>
          </w:tcPr>
          <w:p>
            <w:r>
              <w:rPr>
                <w:sz w:val="17"/>
              </w:rPr>
              <w:t>New Scout Night</w:t>
              <w:br/>
              <w:t>Thu Aug 20</w:t>
            </w:r>
          </w:p>
        </w:tc>
        <w:tc>
          <w:tcPr>
            <w:tcW w:type="dxa" w:w="3360"/>
          </w:tcPr>
          <w:p>
            <w:r>
              <w:rPr>
                <w:sz w:val="17"/>
              </w:rPr>
              <w:t>Pack Meeting</w:t>
              <w:br/>
              <w:t>Thu Aug 13</w:t>
            </w:r>
          </w:p>
        </w:tc>
      </w:tr>
    </w:tbl>
    <w:p/>
    <w:p>
      <w:r>
        <w:rPr>
          <w:b/>
        </w:rPr>
        <w:t>Family / at-home requirements this month:</w:t>
      </w:r>
    </w:p>
    <w:p>
      <w:pPr>
        <w:pStyle w:val="ListBullet"/>
      </w:pPr>
      <w:r>
        <w:t>Pick up the family welcome packet and the pack calendar at the Aug 13 Welcome Back Party.</w:t>
      </w:r>
    </w:p>
    <w:p>
      <w:pPr>
        <w:pStyle w:val="ListBullet"/>
      </w:pPr>
      <w:r>
        <w:t>Bobcat starts now and is completed in September - new families who join at New Scout Night (Aug 20) jump in then.</w:t>
      </w:r>
    </w:p>
    <w:p>
      <w:pPr>
        <w:spacing w:before="200" w:after="80"/>
      </w:pPr>
      <w:r>
        <w:rPr>
          <w:b/>
          <w:color w:val="0B6E4F"/>
          <w:sz w:val="25"/>
        </w:rPr>
        <w:t>Thu Aug 27  —  Meet Your Den &amp; Start Bobcat</w:t>
      </w:r>
    </w:p>
    <w:p>
      <w:pPr>
        <w:spacing w:after="40"/>
      </w:pPr>
      <w:r>
        <w:rPr>
          <w:b/>
        </w:rPr>
        <w:t xml:space="preserve">Focus: </w:t>
      </w:r>
      <w:r>
        <w:t>Get to know your den, set up how meetings run, and get a first look at the Scout Oath, Scout Law, and Cub Scout sign.</w:t>
      </w:r>
    </w:p>
    <w:p>
      <w:pPr>
        <w:spacing w:after="40"/>
      </w:pPr>
      <w:r>
        <w:rPr>
          <w:b/>
        </w:rPr>
        <w:t>Requirements completed tonight:</w:t>
      </w:r>
    </w:p>
    <w:p>
      <w:pPr>
        <w:pStyle w:val="ListBullet"/>
      </w:pPr>
      <w:r>
        <w:t>Bobcat (start): Get to know the members of your den.</w:t>
      </w:r>
    </w:p>
    <w:p>
      <w:pPr>
        <w:pStyle w:val="ListBullet"/>
      </w:pPr>
      <w:r>
        <w:t>Bobcat (start): First look at the Scout Oath, Scout Law, and Cub Scout sign - completed in September.</w:t>
      </w:r>
    </w:p>
    <w:p>
      <w:pPr>
        <w:spacing w:after="40"/>
      </w:pPr>
      <w:r>
        <w:rPr>
          <w:b/>
        </w:rPr>
        <w:t>Materials to bring:</w:t>
      </w:r>
    </w:p>
    <w:p>
      <w:r>
        <w:t>poster board, markers, tape, printable Scout Oath / Scout Law / Sign cards</w:t>
      </w:r>
    </w:p>
    <w:p>
      <w:pPr>
        <w:spacing w:after="20"/>
      </w:pPr>
      <w:r>
        <w:rPr>
          <w:b/>
        </w:rPr>
        <w:t>Gathering — Name Game Mixer</w:t>
      </w:r>
    </w:p>
    <w:p>
      <w:pPr>
        <w:spacing w:after="20"/>
        <w:numPr>
          <w:ilvl w:val="0"/>
          <w:numId w:val="11"/>
        </w:numPr>
      </w:pPr>
      <w:r>
        <w:t>As Scouts arrive, play a quick name game (name + favorite animal, or toss-a-ball name catch).</w:t>
      </w:r>
    </w:p>
    <w:p>
      <w:pPr>
        <w:spacing w:after="20"/>
        <w:numPr>
          <w:ilvl w:val="0"/>
          <w:numId w:val="11"/>
        </w:numPr>
      </w:pPr>
      <w:r>
        <w:t>Den Chief learns and uses every Scout's name right away.</w:t>
      </w:r>
    </w:p>
    <w:p>
      <w:pPr>
        <w:spacing w:after="20"/>
        <w:numPr>
          <w:ilvl w:val="0"/>
          <w:numId w:val="11"/>
        </w:numPr>
      </w:pPr>
      <w:r>
        <w:t>New Scouts and returning Scouts pair up so no one stands alone.</w:t>
      </w:r>
    </w:p>
    <w:p>
      <w:pPr>
        <w:spacing w:after="20"/>
      </w:pPr>
      <w:r>
        <w:rPr>
          <w:b/>
        </w:rPr>
        <w:t>Opening — Opening Ceremony</w:t>
      </w:r>
    </w:p>
    <w:p>
      <w:pPr>
        <w:spacing w:after="20"/>
        <w:numPr>
          <w:ilvl w:val="0"/>
          <w:numId w:val="12"/>
        </w:numPr>
      </w:pPr>
      <w:r>
        <w:t>Form up in a horseshoe or circle. Ask a Scout to lead the Pledge of Allegiance to the flag.</w:t>
      </w:r>
    </w:p>
    <w:p>
      <w:pPr>
        <w:spacing w:after="20"/>
        <w:numPr>
          <w:ilvl w:val="0"/>
          <w:numId w:val="12"/>
        </w:numPr>
      </w:pPr>
      <w:r>
        <w:t>Everyone gives the Cub Scout sign and recites the Scout Oath together.</w:t>
      </w:r>
    </w:p>
    <w:p>
      <w:pPr>
        <w:spacing w:after="20"/>
        <w:numPr>
          <w:ilvl w:val="0"/>
          <w:numId w:val="12"/>
        </w:numPr>
      </w:pPr>
      <w:r>
        <w:t>Recite the Scout Law together. Younger dens may say it line-by-line after the Den Chief.</w:t>
      </w:r>
    </w:p>
    <w:p>
      <w:pPr>
        <w:spacing w:after="20"/>
      </w:pPr>
      <w:r>
        <w:rPr>
          <w:b/>
        </w:rPr>
        <w:t>Activity — Welcome Circle</w:t>
      </w:r>
    </w:p>
    <w:p>
      <w:pPr>
        <w:spacing w:after="20"/>
        <w:numPr>
          <w:ilvl w:val="0"/>
          <w:numId w:val="13"/>
        </w:numPr>
      </w:pPr>
      <w:r>
        <w:t>Everyone shares their name, grade, and one thing they hope to do in Scouts this year.</w:t>
      </w:r>
    </w:p>
    <w:p>
      <w:pPr>
        <w:spacing w:after="20"/>
        <w:numPr>
          <w:ilvl w:val="0"/>
          <w:numId w:val="13"/>
        </w:numPr>
      </w:pPr>
      <w:r>
        <w:t>Den Chief and leader introduce themselves and how the year works.</w:t>
      </w:r>
    </w:p>
    <w:p>
      <w:pPr>
        <w:spacing w:after="20"/>
        <w:numPr>
          <w:ilvl w:val="0"/>
          <w:numId w:val="13"/>
        </w:numPr>
      </w:pPr>
      <w:r>
        <w:t>Celebrate that this is the start of a fun year together.</w:t>
      </w:r>
    </w:p>
    <w:p>
      <w:pPr>
        <w:spacing w:after="20"/>
      </w:pPr>
      <w:r>
        <w:rPr>
          <w:b/>
        </w:rPr>
        <w:t>Activity — Set Up Our Den</w:t>
      </w:r>
    </w:p>
    <w:p>
      <w:pPr>
        <w:spacing w:after="20"/>
        <w:numPr>
          <w:ilvl w:val="0"/>
          <w:numId w:val="14"/>
        </w:numPr>
      </w:pPr>
      <w:r>
        <w:t>Talk about how meetings work: gathering game, opening, activity, closing.</w:t>
      </w:r>
    </w:p>
    <w:p>
      <w:pPr>
        <w:spacing w:after="20"/>
        <w:numPr>
          <w:ilvl w:val="0"/>
          <w:numId w:val="14"/>
        </w:numPr>
      </w:pPr>
      <w:r>
        <w:t>As a den, make a simple Den Code of Conduct (be kind, listen, do your best); everyone adds a handprint or signature.</w:t>
      </w:r>
    </w:p>
    <w:p>
      <w:pPr>
        <w:spacing w:after="20"/>
        <w:numPr>
          <w:ilvl w:val="0"/>
          <w:numId w:val="14"/>
        </w:numPr>
      </w:pPr>
      <w:r>
        <w:t>Pick where the den banner/code will hang each week.</w:t>
      </w:r>
    </w:p>
    <w:p>
      <w:pPr>
        <w:spacing w:after="40"/>
      </w:pPr>
      <w:r>
        <w:rPr>
          <w:i/>
          <w:sz w:val="18"/>
        </w:rPr>
        <w:t>Needs: poster board, markers, tape</w:t>
      </w:r>
    </w:p>
    <w:p>
      <w:pPr>
        <w:spacing w:after="20"/>
      </w:pPr>
      <w:r>
        <w:rPr>
          <w:b/>
        </w:rPr>
        <w:t>Activity — First Look: Oath, Law &amp; Sign</w:t>
      </w:r>
    </w:p>
    <w:p>
      <w:pPr>
        <w:spacing w:after="20"/>
        <w:numPr>
          <w:ilvl w:val="0"/>
          <w:numId w:val="15"/>
        </w:numPr>
      </w:pPr>
      <w:r>
        <w:t>Show the Cub Scout sign (two fingers up) and practice it together.</w:t>
      </w:r>
    </w:p>
    <w:p>
      <w:pPr>
        <w:spacing w:after="20"/>
        <w:numPr>
          <w:ilvl w:val="0"/>
          <w:numId w:val="15"/>
        </w:numPr>
      </w:pPr>
      <w:r>
        <w:t>Read the Scout Oath and Scout Law aloud; Scouts repeat a line at a time.</w:t>
      </w:r>
    </w:p>
    <w:p>
      <w:pPr>
        <w:spacing w:after="20"/>
        <w:numPr>
          <w:ilvl w:val="0"/>
          <w:numId w:val="15"/>
        </w:numPr>
      </w:pPr>
      <w:r>
        <w:t>Hand out or display the printable Oath, Law, and Sign cards to take home and practice.</w:t>
      </w:r>
    </w:p>
    <w:p>
      <w:pPr>
        <w:spacing w:after="40"/>
      </w:pPr>
      <w:r>
        <w:rPr>
          <w:i/>
          <w:sz w:val="18"/>
        </w:rPr>
        <w:t>Needs: printable Scout Oath / Scout Law / Sign cards</w:t>
      </w:r>
    </w:p>
    <w:p>
      <w:pPr>
        <w:spacing w:after="20"/>
      </w:pPr>
      <w:r>
        <w:rPr>
          <w:b/>
        </w:rPr>
        <w:t>Closing — Closing Ceremony - the Living Circle</w:t>
      </w:r>
    </w:p>
    <w:p>
      <w:pPr>
        <w:spacing w:after="20"/>
        <w:numPr>
          <w:ilvl w:val="0"/>
          <w:numId w:val="16"/>
        </w:numPr>
      </w:pPr>
      <w:r>
        <w:t>Form a circle. Everyone puts their left hand toward the center, little fingers linked to the next Scout.</w:t>
      </w:r>
    </w:p>
    <w:p>
      <w:pPr>
        <w:spacing w:after="20"/>
        <w:numPr>
          <w:ilvl w:val="0"/>
          <w:numId w:val="16"/>
        </w:numPr>
      </w:pPr>
      <w:r>
        <w:t>Den Chief shares a 1-sentence thought tied to tonight (e.g., 'Tonight we practiced being Helpful.').</w:t>
      </w:r>
    </w:p>
    <w:p>
      <w:pPr>
        <w:spacing w:after="20"/>
        <w:numPr>
          <w:ilvl w:val="0"/>
          <w:numId w:val="16"/>
        </w:numPr>
      </w:pPr>
      <w:r>
        <w:t>On the Den Chief's signal, everyone raises the circle and gives a quiet 'Do Your Best!' Dismiss.</w:t>
      </w:r>
    </w:p>
    <w:p>
      <w:pPr>
        <w:spacing w:after="40"/>
      </w:pPr>
      <w:r>
        <w:rPr>
          <w:b/>
        </w:rPr>
        <w:t>Send home / follow-up:</w:t>
      </w:r>
    </w:p>
    <w:p>
      <w:pPr>
        <w:pStyle w:val="ListBullet"/>
      </w:pPr>
      <w:r>
        <w:t>Practice the Cub Scout sign and the Scout Oath and Law at home using the printable cards.</w:t>
      </w:r>
    </w:p>
    <w:p>
      <w:pPr>
        <w:pStyle w:val="ListBullet"/>
      </w:pPr>
      <w:r>
        <w:t>Watch for the weekly meeting reminder and mark the pack calendar.</w:t>
      </w:r>
    </w:p>
    <w:p>
      <w:pPr>
        <w:spacing w:after="120"/>
      </w:pPr>
      <w:r>
        <w:rPr>
          <w:b/>
        </w:rPr>
        <w:t xml:space="preserve">Den Chief tip: </w:t>
      </w:r>
      <w:r>
        <w:t>Keep it warm and easy - August is a soft start and families are still joining. The goal tonight is belonging and excitement, not finishing requirements. Bobcat gets completed in September.</w:t>
      </w:r>
    </w:p>
    <w:p>
      <w:pPr>
        <w:spacing w:after="160"/>
      </w:pPr>
      <w:r>
        <w:rPr>
          <w:b/>
        </w:rPr>
        <w:t xml:space="preserve">Flex week idea: </w:t>
      </w:r>
      <w:r>
        <w:t>Aug 13 Welcome Back Party and Aug 20 New Scout Night are pack-run. Use them to recruit, hand out calendars, and welcome new families before the Aug 27 den kickoff.</w:t>
      </w:r>
    </w:p>
    <w:p>
      <w:pPr>
        <w:spacing w:before="280" w:after="80"/>
      </w:pPr>
      <w:r>
        <w:rPr>
          <w:b/>
          <w:color w:val="0B6E4F"/>
          <w:sz w:val="28"/>
        </w:rPr>
        <w:t>September 2026: Bobcat</w:t>
      </w:r>
    </w:p>
    <w:p>
      <w:r>
        <w:rPr>
          <w:i/>
        </w:rPr>
        <w:t>The 'getting started' adventure - build the den team, review the Scout Oath and Law, and set expectations for Bear-level independence.</w:t>
      </w:r>
    </w:p>
    <w:tbl>
      <w:tblPr>
        <w:tblStyle w:val="LightGrid-Accent1"/>
        <w:tblW w:type="auto" w:w="0"/>
        <w:tblLook w:firstColumn="1" w:firstRow="1" w:lastColumn="0" w:lastRow="0" w:noHBand="0" w:noVBand="1" w:val="04A0"/>
      </w:tblPr>
      <w:tblGrid>
        <w:gridCol w:w="2520"/>
        <w:gridCol w:w="2520"/>
        <w:gridCol w:w="2520"/>
        <w:gridCol w:w="2520"/>
      </w:tblGrid>
      <w:tr>
        <w:tc>
          <w:tcPr>
            <w:tcW w:type="dxa" w:w="2520"/>
          </w:tcPr>
          <w:p>
            <w:r>
              <w:rPr>
                <w:sz w:val="17"/>
              </w:rPr>
              <w:t>Aligned Den Meeting</w:t>
              <w:br/>
              <w:t>Thu Sep 3</w:t>
            </w:r>
          </w:p>
        </w:tc>
        <w:tc>
          <w:tcPr>
            <w:tcW w:type="dxa" w:w="2520"/>
          </w:tcPr>
          <w:p>
            <w:r>
              <w:rPr>
                <w:sz w:val="17"/>
              </w:rPr>
              <w:t>Aligned Den Meeting</w:t>
              <w:br/>
              <w:t>Thu Sep 17</w:t>
            </w:r>
          </w:p>
        </w:tc>
        <w:tc>
          <w:tcPr>
            <w:tcW w:type="dxa" w:w="2520"/>
          </w:tcPr>
          <w:p>
            <w:r>
              <w:rPr>
                <w:sz w:val="17"/>
              </w:rPr>
              <w:t>Flex Week</w:t>
              <w:br/>
              <w:t>Thu Sep 10</w:t>
            </w:r>
          </w:p>
        </w:tc>
        <w:tc>
          <w:tcPr>
            <w:tcW w:type="dxa" w:w="2520"/>
          </w:tcPr>
          <w:p>
            <w:r>
              <w:rPr>
                <w:sz w:val="17"/>
              </w:rPr>
              <w:t>Pack Meeting</w:t>
              <w:br/>
              <w:t>Thu Sep 24</w:t>
            </w:r>
          </w:p>
        </w:tc>
      </w:tr>
    </w:tbl>
    <w:p/>
    <w:p>
      <w:r>
        <w:rPr>
          <w:b/>
        </w:rPr>
        <w:t>Family / at-home requirements this month:</w:t>
      </w:r>
    </w:p>
    <w:p>
      <w:pPr>
        <w:pStyle w:val="ListBullet"/>
      </w:pPr>
      <w:r>
        <w:t>Bobcat home requirement: Parent/guardian + Bear review 'How to Protect Your Children From Child Abuse: A Parent's Guide' at home.</w:t>
      </w:r>
    </w:p>
    <w:p>
      <w:pPr>
        <w:spacing w:before="200" w:after="80"/>
      </w:pPr>
      <w:r>
        <w:rPr>
          <w:b/>
          <w:color w:val="0B6E4F"/>
          <w:sz w:val="25"/>
        </w:rPr>
        <w:t>Thu Sep 3  —  Den Team &amp; Code of Conduct</w:t>
      </w:r>
    </w:p>
    <w:p>
      <w:pPr>
        <w:spacing w:after="40"/>
      </w:pPr>
      <w:r>
        <w:rPr>
          <w:b/>
        </w:rPr>
        <w:t xml:space="preserve">Focus: </w:t>
      </w:r>
      <w:r>
        <w:t>Get to know the den, review the Scout Oath and Law, and create a Bear Den Code of Conduct.</w:t>
      </w:r>
    </w:p>
    <w:p>
      <w:pPr>
        <w:spacing w:after="40"/>
      </w:pPr>
      <w:r>
        <w:rPr>
          <w:b/>
        </w:rPr>
        <w:t>Requirements completed tonight:</w:t>
      </w:r>
    </w:p>
    <w:p>
      <w:pPr>
        <w:pStyle w:val="ListBullet"/>
      </w:pPr>
      <w:r>
        <w:t>Bobcat 1 (Get to know den members)</w:t>
      </w:r>
    </w:p>
    <w:p>
      <w:pPr>
        <w:pStyle w:val="ListBullet"/>
      </w:pPr>
      <w:r>
        <w:t>Bobcat 2 (Recite Scout Oath and Scout Law)</w:t>
      </w:r>
    </w:p>
    <w:p>
      <w:pPr>
        <w:pStyle w:val="ListBullet"/>
      </w:pPr>
      <w:r>
        <w:t>Bobcat 3 (Learn the Scout Oath; identify its three points)</w:t>
      </w:r>
    </w:p>
    <w:p>
      <w:pPr>
        <w:pStyle w:val="ListBullet"/>
      </w:pPr>
      <w:r>
        <w:t>Bobcat 4 (Create a Den Code of Conduct)</w:t>
      </w:r>
    </w:p>
    <w:p>
      <w:pPr>
        <w:spacing w:after="40"/>
      </w:pPr>
      <w:r>
        <w:rPr>
          <w:b/>
        </w:rPr>
        <w:t>Materials to bring:</w:t>
      </w:r>
    </w:p>
    <w:p>
      <w:r>
        <w:t>Scout Oath poster or card, whiteboard or chart paper, markers, poster board, tape</w:t>
      </w:r>
    </w:p>
    <w:p>
      <w:pPr>
        <w:spacing w:after="20"/>
      </w:pPr>
      <w:r>
        <w:rPr>
          <w:b/>
        </w:rPr>
        <w:t>Gathering — Bear Name Grid</w:t>
      </w:r>
    </w:p>
    <w:p>
      <w:pPr>
        <w:spacing w:after="20"/>
        <w:numPr>
          <w:ilvl w:val="0"/>
          <w:numId w:val="17"/>
        </w:numPr>
      </w:pPr>
      <w:r>
        <w:t>Give each Scout a 3-by-3 grid with prompts like 'has a pet' or 'likes camping.'</w:t>
      </w:r>
    </w:p>
    <w:p>
      <w:pPr>
        <w:spacing w:after="20"/>
        <w:numPr>
          <w:ilvl w:val="0"/>
          <w:numId w:val="17"/>
        </w:numPr>
      </w:pPr>
      <w:r>
        <w:t>Scouts mingle and collect one signature per square.</w:t>
      </w:r>
    </w:p>
    <w:p>
      <w:pPr>
        <w:spacing w:after="20"/>
        <w:numPr>
          <w:ilvl w:val="0"/>
          <w:numId w:val="17"/>
        </w:numPr>
      </w:pPr>
      <w:r>
        <w:t>Call the den together and let a few Scouts introduce someone they learned about.</w:t>
      </w:r>
    </w:p>
    <w:p>
      <w:pPr>
        <w:spacing w:after="20"/>
      </w:pPr>
      <w:r>
        <w:rPr>
          <w:b/>
        </w:rPr>
        <w:t>Opening — Opening Ceremony</w:t>
      </w:r>
    </w:p>
    <w:p>
      <w:pPr>
        <w:spacing w:after="20"/>
        <w:numPr>
          <w:ilvl w:val="0"/>
          <w:numId w:val="18"/>
        </w:numPr>
      </w:pPr>
      <w:r>
        <w:t>Form up in a horseshoe or circle. Ask a Scout to lead the Pledge of Allegiance to the flag.</w:t>
      </w:r>
    </w:p>
    <w:p>
      <w:pPr>
        <w:spacing w:after="20"/>
        <w:numPr>
          <w:ilvl w:val="0"/>
          <w:numId w:val="18"/>
        </w:numPr>
      </w:pPr>
      <w:r>
        <w:t>Everyone gives the Cub Scout sign and recites the Scout Oath together.</w:t>
      </w:r>
    </w:p>
    <w:p>
      <w:pPr>
        <w:spacing w:after="20"/>
        <w:numPr>
          <w:ilvl w:val="0"/>
          <w:numId w:val="18"/>
        </w:numPr>
      </w:pPr>
      <w:r>
        <w:t>Recite the Scout Law together. Younger dens may say it line-by-line after the Den Chief.</w:t>
      </w:r>
    </w:p>
    <w:p>
      <w:pPr>
        <w:spacing w:after="20"/>
      </w:pPr>
      <w:r>
        <w:rPr>
          <w:b/>
        </w:rPr>
        <w:t>Activity — Oath Three-Point Breakdown</w:t>
      </w:r>
    </w:p>
    <w:p>
      <w:pPr>
        <w:spacing w:after="20"/>
        <w:numPr>
          <w:ilvl w:val="0"/>
          <w:numId w:val="19"/>
        </w:numPr>
      </w:pPr>
      <w:r>
        <w:t>Recite the Scout Oath together with the Cub Scout sign up.</w:t>
      </w:r>
    </w:p>
    <w:p>
      <w:pPr>
        <w:spacing w:after="20"/>
        <w:numPr>
          <w:ilvl w:val="0"/>
          <w:numId w:val="19"/>
        </w:numPr>
      </w:pPr>
      <w:r>
        <w:t>Write the three points: duty to God/country, help others, keep yourself strong/awake/straight.</w:t>
      </w:r>
    </w:p>
    <w:p>
      <w:pPr>
        <w:spacing w:after="20"/>
        <w:numPr>
          <w:ilvl w:val="0"/>
          <w:numId w:val="19"/>
        </w:numPr>
      </w:pPr>
      <w:r>
        <w:t>Small groups choose one point and give a real Bear example.</w:t>
      </w:r>
    </w:p>
    <w:p>
      <w:pPr>
        <w:spacing w:after="40"/>
      </w:pPr>
      <w:r>
        <w:rPr>
          <w:i/>
          <w:sz w:val="18"/>
        </w:rPr>
        <w:t>Needs: Scout Oath poster or card, whiteboard or chart paper, markers</w:t>
      </w:r>
    </w:p>
    <w:p>
      <w:pPr>
        <w:spacing w:after="20"/>
      </w:pPr>
      <w:r>
        <w:rPr>
          <w:b/>
        </w:rPr>
        <w:t>Activity — Build the Bear Den Code</w:t>
      </w:r>
    </w:p>
    <w:p>
      <w:pPr>
        <w:spacing w:after="20"/>
        <w:numPr>
          <w:ilvl w:val="0"/>
          <w:numId w:val="20"/>
        </w:numPr>
      </w:pPr>
      <w:r>
        <w:t>Ask: 'What rules help our den be safe, fair, and fun?'</w:t>
      </w:r>
    </w:p>
    <w:p>
      <w:pPr>
        <w:spacing w:after="20"/>
        <w:numPr>
          <w:ilvl w:val="0"/>
          <w:numId w:val="20"/>
        </w:numPr>
      </w:pPr>
      <w:r>
        <w:t>Combine ideas into 5-7 short rules the Scouts can actually remember.</w:t>
      </w:r>
    </w:p>
    <w:p>
      <w:pPr>
        <w:spacing w:after="20"/>
        <w:numPr>
          <w:ilvl w:val="0"/>
          <w:numId w:val="20"/>
        </w:numPr>
      </w:pPr>
      <w:r>
        <w:t>Everyone signs the code; post it at future meetings.</w:t>
      </w:r>
    </w:p>
    <w:p>
      <w:pPr>
        <w:spacing w:after="40"/>
      </w:pPr>
      <w:r>
        <w:rPr>
          <w:i/>
          <w:sz w:val="18"/>
        </w:rPr>
        <w:t>Needs: poster board, markers, tape</w:t>
      </w:r>
    </w:p>
    <w:p>
      <w:pPr>
        <w:spacing w:after="20"/>
      </w:pPr>
      <w:r>
        <w:rPr>
          <w:b/>
        </w:rPr>
        <w:t>Closing — Closing Ceremony - the Living Circle</w:t>
      </w:r>
    </w:p>
    <w:p>
      <w:pPr>
        <w:spacing w:after="20"/>
        <w:numPr>
          <w:ilvl w:val="0"/>
          <w:numId w:val="21"/>
        </w:numPr>
      </w:pPr>
      <w:r>
        <w:t>Form a circle. Everyone puts their left hand toward the center, little fingers linked to the next Scout.</w:t>
      </w:r>
    </w:p>
    <w:p>
      <w:pPr>
        <w:spacing w:after="20"/>
        <w:numPr>
          <w:ilvl w:val="0"/>
          <w:numId w:val="21"/>
        </w:numPr>
      </w:pPr>
      <w:r>
        <w:t>Den Chief shares a 1-sentence thought tied to tonight (e.g., 'Tonight we practiced being Helpful.').</w:t>
      </w:r>
    </w:p>
    <w:p>
      <w:pPr>
        <w:spacing w:after="20"/>
        <w:numPr>
          <w:ilvl w:val="0"/>
          <w:numId w:val="21"/>
        </w:numPr>
      </w:pPr>
      <w:r>
        <w:t>On the Den Chief's signal, everyone raises the circle and gives a quiet 'Do Your Best!' Dismiss.</w:t>
      </w:r>
    </w:p>
    <w:p>
      <w:pPr>
        <w:spacing w:after="40"/>
      </w:pPr>
      <w:r>
        <w:rPr>
          <w:b/>
        </w:rPr>
        <w:t>Send home / follow-up:</w:t>
      </w:r>
    </w:p>
    <w:p>
      <w:pPr>
        <w:pStyle w:val="ListBullet"/>
      </w:pPr>
      <w:r>
        <w:t>Send the child-abuse prevention guide home and ask families to report completion.</w:t>
      </w:r>
    </w:p>
    <w:p>
      <w:pPr>
        <w:pStyle w:val="ListBullet"/>
      </w:pPr>
      <w:r>
        <w:t>Ask each Scout to think of one time they did their best for next meeting.</w:t>
      </w:r>
    </w:p>
    <w:p>
      <w:pPr>
        <w:spacing w:after="120"/>
      </w:pPr>
      <w:r>
        <w:rPr>
          <w:b/>
        </w:rPr>
        <w:t xml:space="preserve">Den Chief tip: </w:t>
      </w:r>
      <w:r>
        <w:t>Bears can help write the rules, not just receive them. Keep the code positive: 'Respect the speaker' beats 'No talking.'</w:t>
      </w:r>
    </w:p>
    <w:p>
      <w:pPr>
        <w:spacing w:before="200" w:after="80"/>
      </w:pPr>
      <w:r>
        <w:rPr>
          <w:b/>
          <w:color w:val="0B6E4F"/>
          <w:sz w:val="25"/>
        </w:rPr>
        <w:t>Thu Sep 17  —  Signs, Denner, and Do Your Best</w:t>
      </w:r>
    </w:p>
    <w:p>
      <w:pPr>
        <w:spacing w:after="40"/>
      </w:pPr>
      <w:r>
        <w:rPr>
          <w:b/>
        </w:rPr>
        <w:t xml:space="preserve">Focus: </w:t>
      </w:r>
      <w:r>
        <w:t>Practice Cub Scout signs and leadership roles, then share what 'Do Your Best' looks like.</w:t>
      </w:r>
    </w:p>
    <w:p>
      <w:pPr>
        <w:spacing w:after="40"/>
      </w:pPr>
      <w:r>
        <w:rPr>
          <w:b/>
        </w:rPr>
        <w:t>Requirements completed tonight:</w:t>
      </w:r>
    </w:p>
    <w:p>
      <w:pPr>
        <w:pStyle w:val="ListBullet"/>
      </w:pPr>
      <w:r>
        <w:t>Bobcat 5 (Learn denner position and responsibilities)</w:t>
      </w:r>
    </w:p>
    <w:p>
      <w:pPr>
        <w:pStyle w:val="ListBullet"/>
      </w:pPr>
      <w:r>
        <w:t>Bobcat 6 (Demonstrate sign, salute, handshake; how each is used)</w:t>
      </w:r>
    </w:p>
    <w:p>
      <w:pPr>
        <w:pStyle w:val="ListBullet"/>
      </w:pPr>
      <w:r>
        <w:t>Bobcat 7 (Share a 'Do Your Best' time and why it matters)</w:t>
      </w:r>
    </w:p>
    <w:p>
      <w:pPr>
        <w:spacing w:after="40"/>
      </w:pPr>
      <w:r>
        <w:rPr>
          <w:b/>
        </w:rPr>
        <w:t>Materials to bring:</w:t>
      </w:r>
    </w:p>
    <w:p>
      <w:r>
        <w:t>scenario cards, denner cord or simple denner badge (optional)</w:t>
      </w:r>
    </w:p>
    <w:p>
      <w:pPr>
        <w:spacing w:after="20"/>
      </w:pPr>
      <w:r>
        <w:rPr>
          <w:b/>
        </w:rPr>
        <w:t>Gathering — Silent Sign Challenge</w:t>
      </w:r>
    </w:p>
    <w:p>
      <w:pPr>
        <w:spacing w:after="20"/>
        <w:numPr>
          <w:ilvl w:val="0"/>
          <w:numId w:val="22"/>
        </w:numPr>
      </w:pPr>
      <w:r>
        <w:t>As Scouts arrive, Den Chief silently gives the Cub Scout sign.</w:t>
      </w:r>
    </w:p>
    <w:p>
      <w:pPr>
        <w:spacing w:after="20"/>
        <w:numPr>
          <w:ilvl w:val="0"/>
          <w:numId w:val="22"/>
        </w:numPr>
      </w:pPr>
      <w:r>
        <w:t>Scouts who notice stop talking and copy the sign.</w:t>
      </w:r>
    </w:p>
    <w:p>
      <w:pPr>
        <w:spacing w:after="20"/>
        <w:numPr>
          <w:ilvl w:val="0"/>
          <w:numId w:val="22"/>
        </w:numPr>
      </w:pPr>
      <w:r>
        <w:t>Time how fast the whole den gets quiet; try again later to beat the time.</w:t>
      </w:r>
    </w:p>
    <w:p>
      <w:pPr>
        <w:spacing w:after="20"/>
      </w:pPr>
      <w:r>
        <w:rPr>
          <w:b/>
        </w:rPr>
        <w:t>Opening — Opening Ceremony</w:t>
      </w:r>
    </w:p>
    <w:p>
      <w:pPr>
        <w:spacing w:after="20"/>
        <w:numPr>
          <w:ilvl w:val="0"/>
          <w:numId w:val="23"/>
        </w:numPr>
      </w:pPr>
      <w:r>
        <w:t>Form up in a horseshoe or circle. Ask a Scout to lead the Pledge of Allegiance to the flag.</w:t>
      </w:r>
    </w:p>
    <w:p>
      <w:pPr>
        <w:spacing w:after="20"/>
        <w:numPr>
          <w:ilvl w:val="0"/>
          <w:numId w:val="23"/>
        </w:numPr>
      </w:pPr>
      <w:r>
        <w:t>Everyone gives the Cub Scout sign and recites the Scout Oath together.</w:t>
      </w:r>
    </w:p>
    <w:p>
      <w:pPr>
        <w:spacing w:after="20"/>
        <w:numPr>
          <w:ilvl w:val="0"/>
          <w:numId w:val="23"/>
        </w:numPr>
      </w:pPr>
      <w:r>
        <w:t>Recite the Scout Law together. Younger dens may say it line-by-line after the Den Chief.</w:t>
      </w:r>
    </w:p>
    <w:p>
      <w:pPr>
        <w:spacing w:after="20"/>
      </w:pPr>
      <w:r>
        <w:rPr>
          <w:b/>
        </w:rPr>
        <w:t>Activity — Cub Scout Sign, Salute, Handshake</w:t>
      </w:r>
    </w:p>
    <w:p>
      <w:pPr>
        <w:spacing w:after="20"/>
        <w:numPr>
          <w:ilvl w:val="0"/>
          <w:numId w:val="24"/>
        </w:numPr>
      </w:pPr>
      <w:r>
        <w:t>Den Chief demonstrates each one and explains when it is used.</w:t>
      </w:r>
    </w:p>
    <w:p>
      <w:pPr>
        <w:spacing w:after="20"/>
        <w:numPr>
          <w:ilvl w:val="0"/>
          <w:numId w:val="24"/>
        </w:numPr>
      </w:pPr>
      <w:r>
        <w:t>Pair Scouts up to practice the handshake and salute correctly.</w:t>
      </w:r>
    </w:p>
    <w:p>
      <w:pPr>
        <w:spacing w:after="20"/>
        <w:numPr>
          <w:ilvl w:val="0"/>
          <w:numId w:val="24"/>
        </w:numPr>
      </w:pPr>
      <w:r>
        <w:t>Run quick scenario cards: flag ceremony, quiet signal, greeting a leader.</w:t>
      </w:r>
    </w:p>
    <w:p>
      <w:pPr>
        <w:spacing w:after="40"/>
      </w:pPr>
      <w:r>
        <w:rPr>
          <w:i/>
          <w:sz w:val="18"/>
        </w:rPr>
        <w:t>Needs: scenario cards</w:t>
      </w:r>
    </w:p>
    <w:p>
      <w:pPr>
        <w:spacing w:after="20"/>
      </w:pPr>
      <w:r>
        <w:rPr>
          <w:b/>
        </w:rPr>
        <w:t>Activity — Denner Job Talk and Do Your Best Circle</w:t>
      </w:r>
    </w:p>
    <w:p>
      <w:pPr>
        <w:spacing w:after="20"/>
        <w:numPr>
          <w:ilvl w:val="0"/>
          <w:numId w:val="25"/>
        </w:numPr>
      </w:pPr>
      <w:r>
        <w:t>Explain denner jobs: help set up, lead lines, pass materials, model the code.</w:t>
      </w:r>
    </w:p>
    <w:p>
      <w:pPr>
        <w:spacing w:after="20"/>
        <w:numPr>
          <w:ilvl w:val="0"/>
          <w:numId w:val="25"/>
        </w:numPr>
      </w:pPr>
      <w:r>
        <w:t>Let Scouts nominate helpful denner behaviors for a future rotation.</w:t>
      </w:r>
    </w:p>
    <w:p>
      <w:pPr>
        <w:spacing w:after="20"/>
        <w:numPr>
          <w:ilvl w:val="0"/>
          <w:numId w:val="25"/>
        </w:numPr>
      </w:pPr>
      <w:r>
        <w:t>Go around the circle: each Bear shares a time they did their best and why effort mattered.</w:t>
      </w:r>
    </w:p>
    <w:p>
      <w:pPr>
        <w:spacing w:after="40"/>
      </w:pPr>
      <w:r>
        <w:rPr>
          <w:i/>
          <w:sz w:val="18"/>
        </w:rPr>
        <w:t>Needs: denner cord or simple denner badge (optional)</w:t>
      </w:r>
    </w:p>
    <w:p>
      <w:pPr>
        <w:spacing w:after="20"/>
      </w:pPr>
      <w:r>
        <w:rPr>
          <w:b/>
        </w:rPr>
        <w:t>Closing — Closing Ceremony - the Living Circle</w:t>
      </w:r>
    </w:p>
    <w:p>
      <w:pPr>
        <w:spacing w:after="20"/>
        <w:numPr>
          <w:ilvl w:val="0"/>
          <w:numId w:val="26"/>
        </w:numPr>
      </w:pPr>
      <w:r>
        <w:t>Form a circle. Everyone puts their left hand toward the center, little fingers linked to the next Scout.</w:t>
      </w:r>
    </w:p>
    <w:p>
      <w:pPr>
        <w:spacing w:after="20"/>
        <w:numPr>
          <w:ilvl w:val="0"/>
          <w:numId w:val="26"/>
        </w:numPr>
      </w:pPr>
      <w:r>
        <w:t>Den Chief shares a 1-sentence thought tied to tonight (e.g., 'Tonight we practiced being Helpful.').</w:t>
      </w:r>
    </w:p>
    <w:p>
      <w:pPr>
        <w:spacing w:after="20"/>
        <w:numPr>
          <w:ilvl w:val="0"/>
          <w:numId w:val="26"/>
        </w:numPr>
      </w:pPr>
      <w:r>
        <w:t>On the Den Chief's signal, everyone raises the circle and gives a quiet 'Do Your Best!' Dismiss.</w:t>
      </w:r>
    </w:p>
    <w:p>
      <w:pPr>
        <w:spacing w:after="40"/>
      </w:pPr>
      <w:r>
        <w:rPr>
          <w:b/>
        </w:rPr>
        <w:t>Send home / follow-up:</w:t>
      </w:r>
    </w:p>
    <w:p>
      <w:pPr>
        <w:pStyle w:val="ListBullet"/>
      </w:pPr>
      <w:r>
        <w:t>Confirm the child-abuse prevention guide is complete so Bobcat can be recorded.</w:t>
      </w:r>
    </w:p>
    <w:p>
      <w:pPr>
        <w:spacing w:after="120"/>
      </w:pPr>
      <w:r>
        <w:rPr>
          <w:b/>
        </w:rPr>
        <w:t xml:space="preserve">Den Chief tip: </w:t>
      </w:r>
      <w:r>
        <w:t>If Scouts get restless, turn practice into quick stations. Celebrate Bobcat completion for anyone finished with the home requirement.</w:t>
      </w:r>
    </w:p>
    <w:p>
      <w:pPr>
        <w:spacing w:after="160"/>
      </w:pPr>
      <w:r>
        <w:rPr>
          <w:b/>
        </w:rPr>
        <w:t xml:space="preserve">Flex week idea: </w:t>
      </w:r>
      <w:r>
        <w:t>Sep 10: use the flex night for a welcome game night, denner election/rotation setup, or Bobcat make-ups.</w:t>
      </w:r>
    </w:p>
    <w:p>
      <w:pPr>
        <w:spacing w:before="280" w:after="80"/>
      </w:pPr>
      <w:r>
        <w:rPr>
          <w:b/>
          <w:color w:val="0B6E4F"/>
          <w:sz w:val="28"/>
        </w:rPr>
        <w:t>October 2026: Bear Habitat</w:t>
      </w:r>
    </w:p>
    <w:p>
      <w:r>
        <w:rPr>
          <w:i/>
        </w:rPr>
        <w:t>Prepare for and complete a one-mile outdoor walk while practicing Leave No Trace Principles for Kids.</w:t>
      </w:r>
    </w:p>
    <w:tbl>
      <w:tblPr>
        <w:tblStyle w:val="LightGrid-Accent1"/>
        <w:tblW w:type="auto" w:w="0"/>
        <w:tblLook w:firstColumn="1" w:firstRow="1" w:lastColumn="0" w:lastRow="0" w:noHBand="0" w:noVBand="1" w:val="04A0"/>
      </w:tblPr>
      <w:tblGrid>
        <w:gridCol w:w="2520"/>
        <w:gridCol w:w="2520"/>
        <w:gridCol w:w="2520"/>
        <w:gridCol w:w="2520"/>
      </w:tblGrid>
      <w:tr>
        <w:tc>
          <w:tcPr>
            <w:tcW w:type="dxa" w:w="2520"/>
          </w:tcPr>
          <w:p>
            <w:r>
              <w:rPr>
                <w:sz w:val="17"/>
              </w:rPr>
              <w:t>Aligned Den Meeting</w:t>
              <w:br/>
              <w:t>Thu Oct 1</w:t>
            </w:r>
          </w:p>
        </w:tc>
        <w:tc>
          <w:tcPr>
            <w:tcW w:type="dxa" w:w="2520"/>
          </w:tcPr>
          <w:p>
            <w:r>
              <w:rPr>
                <w:sz w:val="17"/>
              </w:rPr>
              <w:t>Aligned Den Meeting</w:t>
              <w:br/>
              <w:t>Thu Oct 15</w:t>
            </w:r>
          </w:p>
        </w:tc>
        <w:tc>
          <w:tcPr>
            <w:tcW w:type="dxa" w:w="2520"/>
          </w:tcPr>
          <w:p>
            <w:r>
              <w:rPr>
                <w:sz w:val="17"/>
              </w:rPr>
              <w:t>Flex Week</w:t>
              <w:br/>
              <w:t>Thu Oct 22</w:t>
            </w:r>
          </w:p>
        </w:tc>
        <w:tc>
          <w:tcPr>
            <w:tcW w:type="dxa" w:w="2520"/>
          </w:tcPr>
          <w:p>
            <w:r>
              <w:rPr>
                <w:sz w:val="17"/>
              </w:rPr>
              <w:t>Pack Meeting</w:t>
              <w:br/>
              <w:t>Thu Oct 29</w:t>
            </w:r>
          </w:p>
        </w:tc>
      </w:tr>
    </w:tbl>
    <w:p/>
    <w:p>
      <w:pPr>
        <w:spacing w:before="200" w:after="80"/>
      </w:pPr>
      <w:r>
        <w:rPr>
          <w:b/>
          <w:color w:val="0B6E4F"/>
          <w:sz w:val="25"/>
        </w:rPr>
        <w:t>Thu Oct 1  —  Plan the One-Mile Walk</w:t>
      </w:r>
    </w:p>
    <w:p>
      <w:pPr>
        <w:spacing w:after="40"/>
      </w:pPr>
      <w:r>
        <w:rPr>
          <w:b/>
        </w:rPr>
        <w:t xml:space="preserve">Focus: </w:t>
      </w:r>
      <w:r>
        <w:t>Prepare gear, map the route, and learn the Leave No Trace choices we will practice outside.</w:t>
      </w:r>
    </w:p>
    <w:p>
      <w:pPr>
        <w:spacing w:after="40"/>
      </w:pPr>
      <w:r>
        <w:rPr>
          <w:b/>
        </w:rPr>
        <w:t>Requirements completed tonight:</w:t>
      </w:r>
    </w:p>
    <w:p>
      <w:pPr>
        <w:pStyle w:val="ListBullet"/>
      </w:pPr>
      <w:r>
        <w:t>Bear Habitat 1 (Prepare Six Essentials and weather-appropriate clothing/shoes)</w:t>
      </w:r>
    </w:p>
    <w:p>
      <w:pPr>
        <w:pStyle w:val="ListBullet"/>
      </w:pPr>
      <w:r>
        <w:t>Bear Habitat 2 (Know Before You Go - locate and confirm route)</w:t>
      </w:r>
    </w:p>
    <w:p>
      <w:pPr>
        <w:pStyle w:val="ListBullet"/>
      </w:pPr>
      <w:r>
        <w:t>Bear Habitat 3 (Choose the Right Path)</w:t>
      </w:r>
    </w:p>
    <w:p>
      <w:pPr>
        <w:pStyle w:val="ListBullet"/>
      </w:pPr>
      <w:r>
        <w:t>Bear Habitat 4 (Trash Your Trash - plan)</w:t>
      </w:r>
    </w:p>
    <w:p>
      <w:pPr>
        <w:pStyle w:val="ListBullet"/>
      </w:pPr>
      <w:r>
        <w:t>Bear Habitat 6 (Be Careful With Fire - determine fire danger rating)</w:t>
      </w:r>
    </w:p>
    <w:p>
      <w:pPr>
        <w:pStyle w:val="ListBullet"/>
      </w:pPr>
      <w:r>
        <w:t>Bear Habitat 8 (Be Kind to Other Visitors - identify how)</w:t>
      </w:r>
    </w:p>
    <w:p>
      <w:pPr>
        <w:spacing w:after="40"/>
      </w:pPr>
      <w:r>
        <w:rPr>
          <w:b/>
        </w:rPr>
        <w:t>Materials to bring:</w:t>
      </w:r>
    </w:p>
    <w:p>
      <w:r>
        <w:t>printed maps, markers, clipboard, station signs, trash bag, gloves, phone/printout for fire danger rating</w:t>
      </w:r>
    </w:p>
    <w:p>
      <w:pPr>
        <w:spacing w:after="20"/>
      </w:pPr>
      <w:r>
        <w:rPr>
          <w:b/>
        </w:rPr>
        <w:t>Gathering — Six Essentials Speed Sort</w:t>
      </w:r>
    </w:p>
    <w:p>
      <w:pPr>
        <w:spacing w:after="20"/>
        <w:numPr>
          <w:ilvl w:val="0"/>
          <w:numId w:val="27"/>
        </w:numPr>
      </w:pPr>
      <w:r>
        <w:t>Spread real gear and silly distractors on a table.</w:t>
      </w:r>
    </w:p>
    <w:p>
      <w:pPr>
        <w:spacing w:after="20"/>
        <w:numPr>
          <w:ilvl w:val="0"/>
          <w:numId w:val="27"/>
        </w:numPr>
      </w:pPr>
      <w:r>
        <w:t>Teams race to pack the Six Essentials plus weather-smart shoes/jacket choices.</w:t>
      </w:r>
    </w:p>
    <w:p>
      <w:pPr>
        <w:spacing w:after="20"/>
        <w:numPr>
          <w:ilvl w:val="0"/>
          <w:numId w:val="27"/>
        </w:numPr>
      </w:pPr>
      <w:r>
        <w:t>Review what each item is for before moving on.</w:t>
      </w:r>
    </w:p>
    <w:p>
      <w:pPr>
        <w:spacing w:after="20"/>
      </w:pPr>
      <w:r>
        <w:rPr>
          <w:b/>
        </w:rPr>
        <w:t>Opening — Opening Ceremony</w:t>
      </w:r>
    </w:p>
    <w:p>
      <w:pPr>
        <w:spacing w:after="20"/>
        <w:numPr>
          <w:ilvl w:val="0"/>
          <w:numId w:val="28"/>
        </w:numPr>
      </w:pPr>
      <w:r>
        <w:t>Form up in a horseshoe or circle. Ask a Scout to lead the Pledge of Allegiance to the flag.</w:t>
      </w:r>
    </w:p>
    <w:p>
      <w:pPr>
        <w:spacing w:after="20"/>
        <w:numPr>
          <w:ilvl w:val="0"/>
          <w:numId w:val="28"/>
        </w:numPr>
      </w:pPr>
      <w:r>
        <w:t>Everyone gives the Cub Scout sign and recites the Scout Oath together.</w:t>
      </w:r>
    </w:p>
    <w:p>
      <w:pPr>
        <w:spacing w:after="20"/>
        <w:numPr>
          <w:ilvl w:val="0"/>
          <w:numId w:val="28"/>
        </w:numPr>
      </w:pPr>
      <w:r>
        <w:t>Recite the Scout Law together. Younger dens may say it line-by-line after the Den Chief.</w:t>
      </w:r>
    </w:p>
    <w:p>
      <w:pPr>
        <w:spacing w:after="20"/>
      </w:pPr>
      <w:r>
        <w:rPr>
          <w:b/>
        </w:rPr>
        <w:t>Activity — Map the Mile</w:t>
      </w:r>
    </w:p>
    <w:p>
      <w:pPr>
        <w:spacing w:after="20"/>
        <w:numPr>
          <w:ilvl w:val="0"/>
          <w:numId w:val="29"/>
        </w:numPr>
      </w:pPr>
      <w:r>
        <w:t>Show the meeting-place map or printed park map.</w:t>
      </w:r>
    </w:p>
    <w:p>
      <w:pPr>
        <w:spacing w:after="20"/>
        <w:numPr>
          <w:ilvl w:val="0"/>
          <w:numId w:val="29"/>
        </w:numPr>
      </w:pPr>
      <w:r>
        <w:t>Mark the start, turnarounds, bathrooms, road crossings, and one-mile route.</w:t>
      </w:r>
    </w:p>
    <w:p>
      <w:pPr>
        <w:spacing w:after="20"/>
        <w:numPr>
          <w:ilvl w:val="0"/>
          <w:numId w:val="29"/>
        </w:numPr>
      </w:pPr>
      <w:r>
        <w:t>Talk about staying on the right path and what hazards to avoid.</w:t>
      </w:r>
    </w:p>
    <w:p>
      <w:pPr>
        <w:spacing w:after="40"/>
      </w:pPr>
      <w:r>
        <w:rPr>
          <w:i/>
          <w:sz w:val="18"/>
        </w:rPr>
        <w:t>Needs: printed maps, markers, clipboard</w:t>
      </w:r>
    </w:p>
    <w:p>
      <w:pPr>
        <w:spacing w:after="20"/>
      </w:pPr>
      <w:r>
        <w:rPr>
          <w:b/>
        </w:rPr>
        <w:t>Activity — Leave No Trace Planning Stations</w:t>
      </w:r>
    </w:p>
    <w:p>
      <w:pPr>
        <w:spacing w:after="20"/>
        <w:numPr>
          <w:ilvl w:val="0"/>
          <w:numId w:val="30"/>
        </w:numPr>
      </w:pPr>
      <w:r>
        <w:t>Station 1: plan how to pack out trash and safe litter pickup.</w:t>
      </w:r>
    </w:p>
    <w:p>
      <w:pPr>
        <w:spacing w:after="20"/>
        <w:numPr>
          <w:ilvl w:val="0"/>
          <w:numId w:val="30"/>
        </w:numPr>
      </w:pPr>
      <w:r>
        <w:t>Station 2: check the fire danger rating or discuss where to find it.</w:t>
      </w:r>
    </w:p>
    <w:p>
      <w:pPr>
        <w:spacing w:after="20"/>
        <w:numPr>
          <w:ilvl w:val="0"/>
          <w:numId w:val="30"/>
        </w:numPr>
      </w:pPr>
      <w:r>
        <w:t>Station 3: list ways to be kind to other visitors on a path.</w:t>
      </w:r>
    </w:p>
    <w:p>
      <w:pPr>
        <w:spacing w:after="40"/>
      </w:pPr>
      <w:r>
        <w:rPr>
          <w:i/>
          <w:sz w:val="18"/>
        </w:rPr>
        <w:t>Needs: station signs, trash bag, gloves, phone/printout for fire danger rating, markers</w:t>
      </w:r>
    </w:p>
    <w:p>
      <w:pPr>
        <w:spacing w:after="20"/>
      </w:pPr>
      <w:r>
        <w:rPr>
          <w:b/>
        </w:rPr>
        <w:t>Closing — Closing Ceremony - the Living Circle</w:t>
      </w:r>
    </w:p>
    <w:p>
      <w:pPr>
        <w:spacing w:after="20"/>
        <w:numPr>
          <w:ilvl w:val="0"/>
          <w:numId w:val="31"/>
        </w:numPr>
      </w:pPr>
      <w:r>
        <w:t>Form a circle. Everyone puts their left hand toward the center, little fingers linked to the next Scout.</w:t>
      </w:r>
    </w:p>
    <w:p>
      <w:pPr>
        <w:spacing w:after="20"/>
        <w:numPr>
          <w:ilvl w:val="0"/>
          <w:numId w:val="31"/>
        </w:numPr>
      </w:pPr>
      <w:r>
        <w:t>Den Chief shares a 1-sentence thought tied to tonight (e.g., 'Tonight we practiced being Helpful.').</w:t>
      </w:r>
    </w:p>
    <w:p>
      <w:pPr>
        <w:spacing w:after="20"/>
        <w:numPr>
          <w:ilvl w:val="0"/>
          <w:numId w:val="31"/>
        </w:numPr>
      </w:pPr>
      <w:r>
        <w:t>On the Den Chief's signal, everyone raises the circle and gives a quiet 'Do Your Best!' Dismiss.</w:t>
      </w:r>
    </w:p>
    <w:p>
      <w:pPr>
        <w:spacing w:after="40"/>
      </w:pPr>
      <w:r>
        <w:rPr>
          <w:b/>
        </w:rPr>
        <w:t>Send home / follow-up:</w:t>
      </w:r>
    </w:p>
    <w:p>
      <w:pPr>
        <w:pStyle w:val="ListBullet"/>
      </w:pPr>
      <w:r>
        <w:t>Bring comfortable walking shoes, weather layers, water, and the Six Essentials for the one-mile walk.</w:t>
      </w:r>
    </w:p>
    <w:p>
      <w:pPr>
        <w:spacing w:after="120"/>
      </w:pPr>
      <w:r>
        <w:rPr>
          <w:b/>
        </w:rPr>
        <w:t xml:space="preserve">Den Chief tip: </w:t>
      </w:r>
      <w:r>
        <w:t>Have an indoor route marked as a rain backup, but try hard to do the real outdoor mile on s2.</w:t>
      </w:r>
    </w:p>
    <w:p>
      <w:pPr>
        <w:spacing w:before="200" w:after="80"/>
      </w:pPr>
      <w:r>
        <w:rPr>
          <w:b/>
          <w:color w:val="0B6E4F"/>
          <w:sz w:val="25"/>
        </w:rPr>
        <w:t>Thu Oct 15  —  One-Mile Leave No Trace Walk</w:t>
      </w:r>
    </w:p>
    <w:p>
      <w:pPr>
        <w:spacing w:after="40"/>
      </w:pPr>
      <w:r>
        <w:rPr>
          <w:b/>
        </w:rPr>
        <w:t xml:space="preserve">Focus: </w:t>
      </w:r>
      <w:r>
        <w:t>Walk one mile and practice Leave No Trace, wildlife observation, and remembering what we find without taking it.</w:t>
      </w:r>
    </w:p>
    <w:p>
      <w:pPr>
        <w:spacing w:after="40"/>
      </w:pPr>
      <w:r>
        <w:rPr>
          <w:b/>
        </w:rPr>
        <w:t>Requirements completed tonight:</w:t>
      </w:r>
    </w:p>
    <w:p>
      <w:pPr>
        <w:pStyle w:val="ListBullet"/>
      </w:pPr>
      <w:r>
        <w:t>Bear Habitat 5 (Leave What You Find - pictures or sketches of five things)</w:t>
      </w:r>
    </w:p>
    <w:p>
      <w:pPr>
        <w:pStyle w:val="ListBullet"/>
      </w:pPr>
      <w:r>
        <w:t>Bear Habitat 7 (Respect Wildlife - identify six signs of mammals/birds/insects/reptiles)</w:t>
      </w:r>
    </w:p>
    <w:p>
      <w:pPr>
        <w:pStyle w:val="ListBullet"/>
      </w:pPr>
      <w:r>
        <w:t>Bear Habitat 9 (Go on the one-mile walk practicing Leave No Trace)</w:t>
      </w:r>
    </w:p>
    <w:p>
      <w:pPr>
        <w:spacing w:after="40"/>
      </w:pPr>
      <w:r>
        <w:rPr>
          <w:b/>
        </w:rPr>
        <w:t>Materials to bring:</w:t>
      </w:r>
    </w:p>
    <w:p>
      <w:r>
        <w:t>Six Essentials, trash bag, disposable gloves, route map, notebooks or index cards, pencils, camera/phone if allowed</w:t>
      </w:r>
    </w:p>
    <w:p>
      <w:pPr>
        <w:spacing w:after="20"/>
      </w:pPr>
      <w:r>
        <w:rPr>
          <w:b/>
        </w:rPr>
        <w:t>Gathering — Buddy Check and Gear Check</w:t>
      </w:r>
    </w:p>
    <w:p>
      <w:pPr>
        <w:spacing w:after="20"/>
        <w:numPr>
          <w:ilvl w:val="0"/>
          <w:numId w:val="32"/>
        </w:numPr>
      </w:pPr>
      <w:r>
        <w:t>Assign buddy pairs and do a fast head count.</w:t>
      </w:r>
    </w:p>
    <w:p>
      <w:pPr>
        <w:spacing w:after="20"/>
        <w:numPr>
          <w:ilvl w:val="0"/>
          <w:numId w:val="32"/>
        </w:numPr>
      </w:pPr>
      <w:r>
        <w:t>Each buddy checks water, whistle, and weather layers.</w:t>
      </w:r>
    </w:p>
    <w:p>
      <w:pPr>
        <w:spacing w:after="20"/>
        <w:numPr>
          <w:ilvl w:val="0"/>
          <w:numId w:val="32"/>
        </w:numPr>
      </w:pPr>
      <w:r>
        <w:t>Review: stay with the group, look not take, and stop at crossings.</w:t>
      </w:r>
    </w:p>
    <w:p>
      <w:pPr>
        <w:spacing w:after="20"/>
      </w:pPr>
      <w:r>
        <w:rPr>
          <w:b/>
        </w:rPr>
        <w:t>Opening — Opening Ceremony</w:t>
      </w:r>
    </w:p>
    <w:p>
      <w:pPr>
        <w:spacing w:after="20"/>
        <w:numPr>
          <w:ilvl w:val="0"/>
          <w:numId w:val="33"/>
        </w:numPr>
      </w:pPr>
      <w:r>
        <w:t>Form up in a horseshoe or circle. Ask a Scout to lead the Pledge of Allegiance to the flag.</w:t>
      </w:r>
    </w:p>
    <w:p>
      <w:pPr>
        <w:spacing w:after="20"/>
        <w:numPr>
          <w:ilvl w:val="0"/>
          <w:numId w:val="33"/>
        </w:numPr>
      </w:pPr>
      <w:r>
        <w:t>Everyone gives the Cub Scout sign and recites the Scout Oath together.</w:t>
      </w:r>
    </w:p>
    <w:p>
      <w:pPr>
        <w:spacing w:after="20"/>
        <w:numPr>
          <w:ilvl w:val="0"/>
          <w:numId w:val="33"/>
        </w:numPr>
      </w:pPr>
      <w:r>
        <w:t>Recite the Scout Law together. Younger dens may say it line-by-line after the Den Chief.</w:t>
      </w:r>
    </w:p>
    <w:p>
      <w:pPr>
        <w:spacing w:after="20"/>
      </w:pPr>
      <w:r>
        <w:rPr>
          <w:b/>
        </w:rPr>
        <w:t>Activity — The One-Mile Walk</w:t>
      </w:r>
    </w:p>
    <w:p>
      <w:pPr>
        <w:spacing w:after="20"/>
        <w:numPr>
          <w:ilvl w:val="0"/>
          <w:numId w:val="34"/>
        </w:numPr>
      </w:pPr>
      <w:r>
        <w:t>Walk the planned one-mile route at a steady, safe pace.</w:t>
      </w:r>
    </w:p>
    <w:p>
      <w:pPr>
        <w:spacing w:after="20"/>
        <w:numPr>
          <w:ilvl w:val="0"/>
          <w:numId w:val="34"/>
        </w:numPr>
      </w:pPr>
      <w:r>
        <w:t>Stop briefly at 2-3 points to notice path choices, trash, visitors, and wildlife signs.</w:t>
      </w:r>
    </w:p>
    <w:p>
      <w:pPr>
        <w:spacing w:after="20"/>
        <w:numPr>
          <w:ilvl w:val="0"/>
          <w:numId w:val="34"/>
        </w:numPr>
      </w:pPr>
      <w:r>
        <w:t>Practice packing out trash only if adults say it is safe to pick up.</w:t>
      </w:r>
    </w:p>
    <w:p>
      <w:pPr>
        <w:spacing w:after="40"/>
      </w:pPr>
      <w:r>
        <w:rPr>
          <w:i/>
          <w:sz w:val="18"/>
        </w:rPr>
        <w:t>Needs: Six Essentials, trash bag, disposable gloves, route map</w:t>
      </w:r>
    </w:p>
    <w:p>
      <w:pPr>
        <w:spacing w:after="20"/>
      </w:pPr>
      <w:r>
        <w:rPr>
          <w:b/>
        </w:rPr>
        <w:t>Activity — Five Memories and Six Wildlife Signs</w:t>
      </w:r>
    </w:p>
    <w:p>
      <w:pPr>
        <w:spacing w:after="20"/>
        <w:numPr>
          <w:ilvl w:val="0"/>
          <w:numId w:val="35"/>
        </w:numPr>
      </w:pPr>
      <w:r>
        <w:t>Each Scout sketches or photographs five things to remember but not take.</w:t>
      </w:r>
    </w:p>
    <w:p>
      <w:pPr>
        <w:spacing w:after="20"/>
        <w:numPr>
          <w:ilvl w:val="0"/>
          <w:numId w:val="35"/>
        </w:numPr>
      </w:pPr>
      <w:r>
        <w:t>Look for six signs: tracks, nests, feathers, holes, scat, chewed leaves, insects, calls, or burrows.</w:t>
      </w:r>
    </w:p>
    <w:p>
      <w:pPr>
        <w:spacing w:after="20"/>
        <w:numPr>
          <w:ilvl w:val="0"/>
          <w:numId w:val="35"/>
        </w:numPr>
      </w:pPr>
      <w:r>
        <w:t>At the end, Scouts share one favorite observation.</w:t>
      </w:r>
    </w:p>
    <w:p>
      <w:pPr>
        <w:spacing w:after="40"/>
      </w:pPr>
      <w:r>
        <w:rPr>
          <w:i/>
          <w:sz w:val="18"/>
        </w:rPr>
        <w:t>Needs: notebooks or index cards, pencils, camera/phone if allowed</w:t>
      </w:r>
    </w:p>
    <w:p>
      <w:pPr>
        <w:spacing w:after="20"/>
      </w:pPr>
      <w:r>
        <w:rPr>
          <w:b/>
        </w:rPr>
        <w:t>Closing — Closing Ceremony - the Living Circle</w:t>
      </w:r>
    </w:p>
    <w:p>
      <w:pPr>
        <w:spacing w:after="20"/>
        <w:numPr>
          <w:ilvl w:val="0"/>
          <w:numId w:val="36"/>
        </w:numPr>
      </w:pPr>
      <w:r>
        <w:t>Form a circle. Everyone puts their left hand toward the center, little fingers linked to the next Scout.</w:t>
      </w:r>
    </w:p>
    <w:p>
      <w:pPr>
        <w:spacing w:after="20"/>
        <w:numPr>
          <w:ilvl w:val="0"/>
          <w:numId w:val="36"/>
        </w:numPr>
      </w:pPr>
      <w:r>
        <w:t>Den Chief shares a 1-sentence thought tied to tonight (e.g., 'Tonight we practiced being Helpful.').</w:t>
      </w:r>
    </w:p>
    <w:p>
      <w:pPr>
        <w:spacing w:after="20"/>
        <w:numPr>
          <w:ilvl w:val="0"/>
          <w:numId w:val="36"/>
        </w:numPr>
      </w:pPr>
      <w:r>
        <w:t>On the Den Chief's signal, everyone raises the circle and gives a quiet 'Do Your Best!' Dismiss.</w:t>
      </w:r>
    </w:p>
    <w:p>
      <w:pPr>
        <w:spacing w:after="40"/>
      </w:pPr>
      <w:r>
        <w:rPr>
          <w:b/>
        </w:rPr>
        <w:t>Send home / follow-up:</w:t>
      </w:r>
    </w:p>
    <w:p>
      <w:pPr>
        <w:pStyle w:val="ListBullet"/>
      </w:pPr>
      <w:r>
        <w:t>Bear Habitat complete if the walk was finished. Check for ticks and refill/clean gear at home.</w:t>
      </w:r>
    </w:p>
    <w:p>
      <w:pPr>
        <w:spacing w:after="120"/>
      </w:pPr>
      <w:r>
        <w:rPr>
          <w:b/>
        </w:rPr>
        <w:t xml:space="preserve">Den Chief tip: </w:t>
      </w:r>
      <w:r>
        <w:t>Bring extra adults for road crossings. Rain backup: postpone the walk to flex week rather than watering down the requirement.</w:t>
      </w:r>
    </w:p>
    <w:p>
      <w:pPr>
        <w:spacing w:after="160"/>
      </w:pPr>
      <w:r>
        <w:rPr>
          <w:b/>
        </w:rPr>
        <w:t xml:space="preserve">Flex week idea: </w:t>
      </w:r>
      <w:r>
        <w:t>Oct 22: use as the weather make-up for the one-mile walk, or do a quick nature-sketch gallery if the walk is done.</w:t>
      </w:r>
    </w:p>
    <w:p>
      <w:pPr>
        <w:spacing w:before="280" w:after="80"/>
      </w:pPr>
      <w:r>
        <w:rPr>
          <w:b/>
          <w:color w:val="0B6E4F"/>
          <w:sz w:val="28"/>
        </w:rPr>
        <w:t>November 2026: Bear Strong</w:t>
      </w:r>
    </w:p>
    <w:p>
      <w:r>
        <w:rPr>
          <w:i/>
        </w:rPr>
        <w:t>Healthy bodies: try foods from food groups, move for fitness, practice personal exercises, and learn to relax.</w:t>
      </w:r>
    </w:p>
    <w:tbl>
      <w:tblPr>
        <w:tblStyle w:val="LightGrid-Accent1"/>
        <w:tblW w:type="auto" w:w="0"/>
        <w:tblLook w:firstColumn="1" w:firstRow="1" w:lastColumn="0" w:lastRow="0" w:noHBand="0" w:noVBand="1" w:val="04A0"/>
      </w:tblPr>
      <w:tblGrid>
        <w:gridCol w:w="3360"/>
        <w:gridCol w:w="3360"/>
        <w:gridCol w:w="3360"/>
      </w:tblGrid>
      <w:tr>
        <w:tc>
          <w:tcPr>
            <w:tcW w:type="dxa" w:w="3360"/>
          </w:tcPr>
          <w:p>
            <w:r>
              <w:rPr>
                <w:sz w:val="17"/>
              </w:rPr>
              <w:t>Aligned Den Meeting</w:t>
              <w:br/>
              <w:t>Thu Nov 5</w:t>
            </w:r>
          </w:p>
        </w:tc>
        <w:tc>
          <w:tcPr>
            <w:tcW w:type="dxa" w:w="3360"/>
          </w:tcPr>
          <w:p>
            <w:r>
              <w:rPr>
                <w:sz w:val="17"/>
              </w:rPr>
              <w:t>Aligned Den Meeting</w:t>
              <w:br/>
              <w:t>Thu Nov 19</w:t>
            </w:r>
          </w:p>
        </w:tc>
        <w:tc>
          <w:tcPr>
            <w:tcW w:type="dxa" w:w="3360"/>
          </w:tcPr>
          <w:p>
            <w:r>
              <w:rPr>
                <w:sz w:val="17"/>
              </w:rPr>
              <w:t>Flex Week</w:t>
              <w:br/>
              <w:t>Thu Nov 12</w:t>
            </w:r>
          </w:p>
        </w:tc>
      </w:tr>
    </w:tbl>
    <w:p/>
    <w:p>
      <w:r>
        <w:rPr>
          <w:b/>
        </w:rPr>
        <w:t>Family / at-home requirements this month:</w:t>
      </w:r>
    </w:p>
    <w:p>
      <w:pPr>
        <w:pStyle w:val="ListBullet"/>
      </w:pPr>
      <w:r>
        <w:t>Bear Strong 5: Review your BSA Annual Health and Medical Record with a parent/guardian at home and update it if needed.</w:t>
      </w:r>
    </w:p>
    <w:p>
      <w:pPr>
        <w:spacing w:before="200" w:after="80"/>
      </w:pPr>
      <w:r>
        <w:rPr>
          <w:b/>
          <w:color w:val="0B6E4F"/>
          <w:sz w:val="25"/>
        </w:rPr>
        <w:t>Thu Nov 5  —  Food Groups and 30-Minute Movement</w:t>
      </w:r>
    </w:p>
    <w:p>
      <w:pPr>
        <w:spacing w:after="40"/>
      </w:pPr>
      <w:r>
        <w:rPr>
          <w:b/>
        </w:rPr>
        <w:t xml:space="preserve">Focus: </w:t>
      </w:r>
      <w:r>
        <w:t>Sample healthy foods and complete a full 30 minutes of active movement with the den.</w:t>
      </w:r>
    </w:p>
    <w:p>
      <w:pPr>
        <w:spacing w:after="40"/>
      </w:pPr>
      <w:r>
        <w:rPr>
          <w:b/>
        </w:rPr>
        <w:t>Requirements completed tonight:</w:t>
      </w:r>
    </w:p>
    <w:p>
      <w:pPr>
        <w:pStyle w:val="ListBullet"/>
      </w:pPr>
      <w:r>
        <w:t>Bear Strong 1 (Sample food from three food groups)</w:t>
      </w:r>
    </w:p>
    <w:p>
      <w:pPr>
        <w:pStyle w:val="ListBullet"/>
      </w:pPr>
      <w:r>
        <w:t>Bear Strong 2 (Be active 30 minutes including stretching and moving)</w:t>
      </w:r>
    </w:p>
    <w:p>
      <w:pPr>
        <w:spacing w:after="40"/>
      </w:pPr>
      <w:r>
        <w:rPr>
          <w:b/>
        </w:rPr>
        <w:t>Materials to bring:</w:t>
      </w:r>
    </w:p>
    <w:p>
      <w:r>
        <w:t>food samples from 3+ groups, napkins, allergy list, water, sample record cards, open space, cones, jump ropes, timer, painter's tape</w:t>
      </w:r>
    </w:p>
    <w:p>
      <w:pPr>
        <w:spacing w:after="20"/>
      </w:pPr>
      <w:r>
        <w:rPr>
          <w:b/>
        </w:rPr>
        <w:t>Gathering — Food Group Toss</w:t>
      </w:r>
    </w:p>
    <w:p>
      <w:pPr>
        <w:spacing w:after="20"/>
        <w:numPr>
          <w:ilvl w:val="0"/>
          <w:numId w:val="37"/>
        </w:numPr>
      </w:pPr>
      <w:r>
        <w:t>Label five buckets or floor spots with the food groups.</w:t>
      </w:r>
    </w:p>
    <w:p>
      <w:pPr>
        <w:spacing w:after="20"/>
        <w:numPr>
          <w:ilvl w:val="0"/>
          <w:numId w:val="37"/>
        </w:numPr>
      </w:pPr>
      <w:r>
        <w:t>Scouts toss beanbags onto the group named by the Den Chief.</w:t>
      </w:r>
    </w:p>
    <w:p>
      <w:pPr>
        <w:spacing w:after="20"/>
        <w:numPr>
          <w:ilvl w:val="0"/>
          <w:numId w:val="37"/>
        </w:numPr>
      </w:pPr>
      <w:r>
        <w:t>Switch to calling a food and let Scouts choose the group.</w:t>
      </w:r>
    </w:p>
    <w:p>
      <w:pPr>
        <w:spacing w:after="20"/>
      </w:pPr>
      <w:r>
        <w:rPr>
          <w:b/>
        </w:rPr>
        <w:t>Opening — Opening Ceremony</w:t>
      </w:r>
    </w:p>
    <w:p>
      <w:pPr>
        <w:spacing w:after="20"/>
        <w:numPr>
          <w:ilvl w:val="0"/>
          <w:numId w:val="38"/>
        </w:numPr>
      </w:pPr>
      <w:r>
        <w:t>Form up in a horseshoe or circle. Ask a Scout to lead the Pledge of Allegiance to the flag.</w:t>
      </w:r>
    </w:p>
    <w:p>
      <w:pPr>
        <w:spacing w:after="20"/>
        <w:numPr>
          <w:ilvl w:val="0"/>
          <w:numId w:val="38"/>
        </w:numPr>
      </w:pPr>
      <w:r>
        <w:t>Everyone gives the Cub Scout sign and recites the Scout Oath together.</w:t>
      </w:r>
    </w:p>
    <w:p>
      <w:pPr>
        <w:spacing w:after="20"/>
        <w:numPr>
          <w:ilvl w:val="0"/>
          <w:numId w:val="38"/>
        </w:numPr>
      </w:pPr>
      <w:r>
        <w:t>Recite the Scout Law together. Younger dens may say it line-by-line after the Den Chief.</w:t>
      </w:r>
    </w:p>
    <w:p>
      <w:pPr>
        <w:spacing w:after="20"/>
      </w:pPr>
      <w:r>
        <w:rPr>
          <w:b/>
        </w:rPr>
        <w:t>Activity — Three-Group Taste Test</w:t>
      </w:r>
    </w:p>
    <w:p>
      <w:pPr>
        <w:spacing w:after="20"/>
        <w:numPr>
          <w:ilvl w:val="0"/>
          <w:numId w:val="39"/>
        </w:numPr>
      </w:pPr>
      <w:r>
        <w:t>Offer small samples from at least three food groups.</w:t>
      </w:r>
    </w:p>
    <w:p>
      <w:pPr>
        <w:spacing w:after="20"/>
        <w:numPr>
          <w:ilvl w:val="0"/>
          <w:numId w:val="39"/>
        </w:numPr>
      </w:pPr>
      <w:r>
        <w:t>Scouts record which groups they tried and one new food word: crunchy, sweet, salty, creamy.</w:t>
      </w:r>
    </w:p>
    <w:p>
      <w:pPr>
        <w:spacing w:after="20"/>
        <w:numPr>
          <w:ilvl w:val="0"/>
          <w:numId w:val="39"/>
        </w:numPr>
      </w:pPr>
      <w:r>
        <w:t>Review allergies before anyone eats.</w:t>
      </w:r>
    </w:p>
    <w:p>
      <w:pPr>
        <w:spacing w:after="40"/>
      </w:pPr>
      <w:r>
        <w:rPr>
          <w:i/>
          <w:sz w:val="18"/>
        </w:rPr>
        <w:t>Needs: food samples from 3+ groups, napkins, allergy list, water, sample record cards</w:t>
      </w:r>
    </w:p>
    <w:p>
      <w:pPr>
        <w:spacing w:after="20"/>
      </w:pPr>
      <w:r>
        <w:rPr>
          <w:b/>
        </w:rPr>
        <w:t>Activity — 30-Minute Bear Strong Circuit</w:t>
      </w:r>
    </w:p>
    <w:p>
      <w:pPr>
        <w:spacing w:after="20"/>
        <w:numPr>
          <w:ilvl w:val="0"/>
          <w:numId w:val="40"/>
        </w:numPr>
      </w:pPr>
      <w:r>
        <w:t>Warm up with 5 minutes of stretching and easy movement.</w:t>
      </w:r>
    </w:p>
    <w:p>
      <w:pPr>
        <w:spacing w:after="20"/>
        <w:numPr>
          <w:ilvl w:val="0"/>
          <w:numId w:val="40"/>
        </w:numPr>
      </w:pPr>
      <w:r>
        <w:t>Rotate through active games: relay, tag, jump rope, cone shuttle, and balance line.</w:t>
      </w:r>
    </w:p>
    <w:p>
      <w:pPr>
        <w:spacing w:after="20"/>
        <w:numPr>
          <w:ilvl w:val="0"/>
          <w:numId w:val="40"/>
        </w:numPr>
      </w:pPr>
      <w:r>
        <w:t>Cool down and notice breathing and heart rate.</w:t>
      </w:r>
    </w:p>
    <w:p>
      <w:pPr>
        <w:spacing w:after="40"/>
      </w:pPr>
      <w:r>
        <w:rPr>
          <w:i/>
          <w:sz w:val="18"/>
        </w:rPr>
        <w:t>Needs: open space, cones, jump ropes, timer, painter's tape</w:t>
      </w:r>
    </w:p>
    <w:p>
      <w:pPr>
        <w:spacing w:after="20"/>
      </w:pPr>
      <w:r>
        <w:rPr>
          <w:b/>
        </w:rPr>
        <w:t>Closing — Closing Ceremony - the Living Circle</w:t>
      </w:r>
    </w:p>
    <w:p>
      <w:pPr>
        <w:spacing w:after="20"/>
        <w:numPr>
          <w:ilvl w:val="0"/>
          <w:numId w:val="41"/>
        </w:numPr>
      </w:pPr>
      <w:r>
        <w:t>Form a circle. Everyone puts their left hand toward the center, little fingers linked to the next Scout.</w:t>
      </w:r>
    </w:p>
    <w:p>
      <w:pPr>
        <w:spacing w:after="20"/>
        <w:numPr>
          <w:ilvl w:val="0"/>
          <w:numId w:val="41"/>
        </w:numPr>
      </w:pPr>
      <w:r>
        <w:t>Den Chief shares a 1-sentence thought tied to tonight (e.g., 'Tonight we practiced being Helpful.').</w:t>
      </w:r>
    </w:p>
    <w:p>
      <w:pPr>
        <w:spacing w:after="20"/>
        <w:numPr>
          <w:ilvl w:val="0"/>
          <w:numId w:val="41"/>
        </w:numPr>
      </w:pPr>
      <w:r>
        <w:t>On the Den Chief's signal, everyone raises the circle and gives a quiet 'Do Your Best!' Dismiss.</w:t>
      </w:r>
    </w:p>
    <w:p>
      <w:pPr>
        <w:spacing w:after="40"/>
      </w:pPr>
      <w:r>
        <w:rPr>
          <w:b/>
        </w:rPr>
        <w:t>Send home / follow-up:</w:t>
      </w:r>
    </w:p>
    <w:p>
      <w:pPr>
        <w:pStyle w:val="ListBullet"/>
      </w:pPr>
      <w:r>
        <w:t>Review the BSA Annual Health and Medical Record with a parent/guardian before the end of the month.</w:t>
      </w:r>
    </w:p>
    <w:p>
      <w:pPr>
        <w:spacing w:after="120"/>
      </w:pPr>
      <w:r>
        <w:rPr>
          <w:b/>
        </w:rPr>
        <w:t xml:space="preserve">Den Chief tip: </w:t>
      </w:r>
      <w:r>
        <w:t>Check allergies early. If food is difficult at your meeting place, use sealed samples and parent permission.</w:t>
      </w:r>
    </w:p>
    <w:p>
      <w:pPr>
        <w:spacing w:before="200" w:after="80"/>
      </w:pPr>
      <w:r>
        <w:rPr>
          <w:b/>
          <w:color w:val="0B6E4F"/>
          <w:sz w:val="25"/>
        </w:rPr>
        <w:t>Thu Nov 19  —  Personal Fitness and Relaxation</w:t>
      </w:r>
    </w:p>
    <w:p>
      <w:pPr>
        <w:spacing w:after="40"/>
      </w:pPr>
      <w:r>
        <w:rPr>
          <w:b/>
        </w:rPr>
        <w:t xml:space="preserve">Focus: </w:t>
      </w:r>
      <w:r>
        <w:t>Try short personal exercises that raise heart rate, build strength, and improve flexibility; then relax for 10 minutes.</w:t>
      </w:r>
    </w:p>
    <w:p>
      <w:pPr>
        <w:spacing w:after="40"/>
      </w:pPr>
      <w:r>
        <w:rPr>
          <w:b/>
        </w:rPr>
        <w:t>Requirements completed tonight:</w:t>
      </w:r>
    </w:p>
    <w:p>
      <w:pPr>
        <w:pStyle w:val="ListBullet"/>
      </w:pPr>
      <w:r>
        <w:t>Bear Strong 3 (Be active 15 minutes with heart, muscle, and flexibility exercises)</w:t>
      </w:r>
    </w:p>
    <w:p>
      <w:pPr>
        <w:pStyle w:val="ListBullet"/>
      </w:pPr>
      <w:r>
        <w:t>Bear Strong 4 (Do a relaxing activity for 10 minutes)</w:t>
      </w:r>
    </w:p>
    <w:p>
      <w:pPr>
        <w:spacing w:after="40"/>
      </w:pPr>
      <w:r>
        <w:rPr>
          <w:b/>
        </w:rPr>
        <w:t>Materials to bring:</w:t>
      </w:r>
    </w:p>
    <w:p>
      <w:r>
        <w:t>timer, exercise cards, open space, mats or clean floor, calm music (optional)</w:t>
      </w:r>
    </w:p>
    <w:p>
      <w:pPr>
        <w:spacing w:after="20"/>
      </w:pPr>
      <w:r>
        <w:rPr>
          <w:b/>
        </w:rPr>
        <w:t>Gathering — Pulse Check</w:t>
      </w:r>
    </w:p>
    <w:p>
      <w:pPr>
        <w:spacing w:after="20"/>
        <w:numPr>
          <w:ilvl w:val="0"/>
          <w:numId w:val="42"/>
        </w:numPr>
      </w:pPr>
      <w:r>
        <w:t>Teach Scouts to find pulse at wrist or neck with two fingers.</w:t>
      </w:r>
    </w:p>
    <w:p>
      <w:pPr>
        <w:spacing w:after="20"/>
        <w:numPr>
          <w:ilvl w:val="0"/>
          <w:numId w:val="42"/>
        </w:numPr>
      </w:pPr>
      <w:r>
        <w:t>Count for 15 seconds before activity.</w:t>
      </w:r>
    </w:p>
    <w:p>
      <w:pPr>
        <w:spacing w:after="20"/>
        <w:numPr>
          <w:ilvl w:val="0"/>
          <w:numId w:val="42"/>
        </w:numPr>
      </w:pPr>
      <w:r>
        <w:t>Tell them we will compare after exercises.</w:t>
      </w:r>
    </w:p>
    <w:p>
      <w:pPr>
        <w:spacing w:after="20"/>
      </w:pPr>
      <w:r>
        <w:rPr>
          <w:b/>
        </w:rPr>
        <w:t>Opening — Opening Ceremony</w:t>
      </w:r>
    </w:p>
    <w:p>
      <w:pPr>
        <w:spacing w:after="20"/>
        <w:numPr>
          <w:ilvl w:val="0"/>
          <w:numId w:val="43"/>
        </w:numPr>
      </w:pPr>
      <w:r>
        <w:t>Form up in a horseshoe or circle. Ask a Scout to lead the Pledge of Allegiance to the flag.</w:t>
      </w:r>
    </w:p>
    <w:p>
      <w:pPr>
        <w:spacing w:after="20"/>
        <w:numPr>
          <w:ilvl w:val="0"/>
          <w:numId w:val="43"/>
        </w:numPr>
      </w:pPr>
      <w:r>
        <w:t>Everyone gives the Cub Scout sign and recites the Scout Oath together.</w:t>
      </w:r>
    </w:p>
    <w:p>
      <w:pPr>
        <w:spacing w:after="20"/>
        <w:numPr>
          <w:ilvl w:val="0"/>
          <w:numId w:val="43"/>
        </w:numPr>
      </w:pPr>
      <w:r>
        <w:t>Recite the Scout Law together. Younger dens may say it line-by-line after the Den Chief.</w:t>
      </w:r>
    </w:p>
    <w:p>
      <w:pPr>
        <w:spacing w:after="20"/>
      </w:pPr>
      <w:r>
        <w:rPr>
          <w:b/>
        </w:rPr>
        <w:t>Activity — 15-Minute Personal Exercise Set</w:t>
      </w:r>
    </w:p>
    <w:p>
      <w:pPr>
        <w:spacing w:after="20"/>
        <w:numPr>
          <w:ilvl w:val="0"/>
          <w:numId w:val="44"/>
        </w:numPr>
      </w:pPr>
      <w:r>
        <w:t>Do 5 minutes heart-rate moves: jumping jacks, high knees, fast walk laps.</w:t>
      </w:r>
    </w:p>
    <w:p>
      <w:pPr>
        <w:spacing w:after="20"/>
        <w:numPr>
          <w:ilvl w:val="0"/>
          <w:numId w:val="44"/>
        </w:numPr>
      </w:pPr>
      <w:r>
        <w:t>Do 5 minutes muscle moves: wall push-ups, squats, plank holds.</w:t>
      </w:r>
    </w:p>
    <w:p>
      <w:pPr>
        <w:spacing w:after="20"/>
        <w:numPr>
          <w:ilvl w:val="0"/>
          <w:numId w:val="44"/>
        </w:numPr>
      </w:pPr>
      <w:r>
        <w:t>Do 5 minutes flexibility: toe reaches, shoulder stretches, slow lunges.</w:t>
      </w:r>
    </w:p>
    <w:p>
      <w:pPr>
        <w:spacing w:after="40"/>
      </w:pPr>
      <w:r>
        <w:rPr>
          <w:i/>
          <w:sz w:val="18"/>
        </w:rPr>
        <w:t>Needs: timer, exercise cards, open space</w:t>
      </w:r>
    </w:p>
    <w:p>
      <w:pPr>
        <w:spacing w:after="20"/>
      </w:pPr>
      <w:r>
        <w:rPr>
          <w:b/>
        </w:rPr>
        <w:t>Activity — 10-Minute Relaxation Practice</w:t>
      </w:r>
    </w:p>
    <w:p>
      <w:pPr>
        <w:spacing w:after="20"/>
        <w:numPr>
          <w:ilvl w:val="0"/>
          <w:numId w:val="45"/>
        </w:numPr>
      </w:pPr>
      <w:r>
        <w:t>Dim lights if possible and have Scouts sit or lie comfortably.</w:t>
      </w:r>
    </w:p>
    <w:p>
      <w:pPr>
        <w:spacing w:after="20"/>
        <w:numPr>
          <w:ilvl w:val="0"/>
          <w:numId w:val="45"/>
        </w:numPr>
      </w:pPr>
      <w:r>
        <w:t>Lead slow breathing: smell the flower, blow out the candle.</w:t>
      </w:r>
    </w:p>
    <w:p>
      <w:pPr>
        <w:spacing w:after="20"/>
        <w:numPr>
          <w:ilvl w:val="0"/>
          <w:numId w:val="45"/>
        </w:numPr>
      </w:pPr>
      <w:r>
        <w:t>Try quiet stretching or a guided nature story for a full 10 minutes.</w:t>
      </w:r>
    </w:p>
    <w:p>
      <w:pPr>
        <w:spacing w:after="40"/>
      </w:pPr>
      <w:r>
        <w:rPr>
          <w:i/>
          <w:sz w:val="18"/>
        </w:rPr>
        <w:t>Needs: mats or clean floor, calm music (optional)</w:t>
      </w:r>
    </w:p>
    <w:p>
      <w:pPr>
        <w:spacing w:after="20"/>
      </w:pPr>
      <w:r>
        <w:rPr>
          <w:b/>
        </w:rPr>
        <w:t>Closing — Closing Ceremony - the Living Circle</w:t>
      </w:r>
    </w:p>
    <w:p>
      <w:pPr>
        <w:spacing w:after="20"/>
        <w:numPr>
          <w:ilvl w:val="0"/>
          <w:numId w:val="46"/>
        </w:numPr>
      </w:pPr>
      <w:r>
        <w:t>Form a circle. Everyone puts their left hand toward the center, little fingers linked to the next Scout.</w:t>
      </w:r>
    </w:p>
    <w:p>
      <w:pPr>
        <w:spacing w:after="20"/>
        <w:numPr>
          <w:ilvl w:val="0"/>
          <w:numId w:val="46"/>
        </w:numPr>
      </w:pPr>
      <w:r>
        <w:t>Den Chief shares a 1-sentence thought tied to tonight (e.g., 'Tonight we practiced being Helpful.').</w:t>
      </w:r>
    </w:p>
    <w:p>
      <w:pPr>
        <w:spacing w:after="20"/>
        <w:numPr>
          <w:ilvl w:val="0"/>
          <w:numId w:val="46"/>
        </w:numPr>
      </w:pPr>
      <w:r>
        <w:t>On the Den Chief's signal, everyone raises the circle and gives a quiet 'Do Your Best!' Dismiss.</w:t>
      </w:r>
    </w:p>
    <w:p>
      <w:pPr>
        <w:spacing w:after="40"/>
      </w:pPr>
      <w:r>
        <w:rPr>
          <w:b/>
        </w:rPr>
        <w:t>Send home / follow-up:</w:t>
      </w:r>
    </w:p>
    <w:p>
      <w:pPr>
        <w:pStyle w:val="ListBullet"/>
      </w:pPr>
      <w:r>
        <w:t>Bear Strong complete after the health record review is done at home.</w:t>
      </w:r>
    </w:p>
    <w:p>
      <w:pPr>
        <w:spacing w:after="120"/>
      </w:pPr>
      <w:r>
        <w:rPr>
          <w:b/>
        </w:rPr>
        <w:t xml:space="preserve">Den Chief tip: </w:t>
      </w:r>
      <w:r>
        <w:t>Some Bears will giggle during relaxation. Keep your voice calm and praise Scouts who settle quickly.</w:t>
      </w:r>
    </w:p>
    <w:p>
      <w:pPr>
        <w:spacing w:after="160"/>
      </w:pPr>
      <w:r>
        <w:rPr>
          <w:b/>
        </w:rPr>
        <w:t xml:space="preserve">Flex week idea: </w:t>
      </w:r>
      <w:r>
        <w:t>Nov 12: make-up fitness night, Scouting for Food prep, or a healthy snack planning challenge.</w:t>
      </w:r>
    </w:p>
    <w:p>
      <w:pPr>
        <w:spacing w:before="280" w:after="80"/>
      </w:pPr>
      <w:r>
        <w:rPr>
          <w:b/>
          <w:color w:val="0B6E4F"/>
          <w:sz w:val="28"/>
        </w:rPr>
        <w:t>January 2027: Paws for Action</w:t>
      </w:r>
    </w:p>
    <w:p>
      <w:r>
        <w:rPr>
          <w:i/>
        </w:rPr>
        <w:t>Citizenship in action: learn flag respect, explore American symbols, understand nonprofits, and serve others.</w:t>
      </w:r>
    </w:p>
    <w:tbl>
      <w:tblPr>
        <w:tblStyle w:val="LightGrid-Accent1"/>
        <w:tblW w:type="auto" w:w="0"/>
        <w:tblLook w:firstColumn="1" w:firstRow="1" w:lastColumn="0" w:lastRow="0" w:noHBand="0" w:noVBand="1" w:val="04A0"/>
      </w:tblPr>
      <w:tblGrid>
        <w:gridCol w:w="2520"/>
        <w:gridCol w:w="2520"/>
        <w:gridCol w:w="2520"/>
        <w:gridCol w:w="2520"/>
      </w:tblGrid>
      <w:tr>
        <w:tc>
          <w:tcPr>
            <w:tcW w:type="dxa" w:w="2520"/>
          </w:tcPr>
          <w:p>
            <w:r>
              <w:rPr>
                <w:sz w:val="17"/>
              </w:rPr>
              <w:t>Aligned Den Meeting</w:t>
              <w:br/>
              <w:t>Thu Jan 7</w:t>
            </w:r>
          </w:p>
        </w:tc>
        <w:tc>
          <w:tcPr>
            <w:tcW w:type="dxa" w:w="2520"/>
          </w:tcPr>
          <w:p>
            <w:r>
              <w:rPr>
                <w:sz w:val="17"/>
              </w:rPr>
              <w:t>Aligned Den Meeting</w:t>
              <w:br/>
              <w:t>Thu Jan 21</w:t>
            </w:r>
          </w:p>
        </w:tc>
        <w:tc>
          <w:tcPr>
            <w:tcW w:type="dxa" w:w="2520"/>
          </w:tcPr>
          <w:p>
            <w:r>
              <w:rPr>
                <w:sz w:val="17"/>
              </w:rPr>
              <w:t>Flex Week</w:t>
              <w:br/>
              <w:t>Thu Jan 14</w:t>
            </w:r>
          </w:p>
        </w:tc>
        <w:tc>
          <w:tcPr>
            <w:tcW w:type="dxa" w:w="2520"/>
          </w:tcPr>
          <w:p>
            <w:r>
              <w:rPr>
                <w:sz w:val="17"/>
              </w:rPr>
              <w:t>Pack Meeting</w:t>
              <w:br/>
              <w:t>Thu Jan 28</w:t>
            </w:r>
          </w:p>
        </w:tc>
      </w:tr>
    </w:tbl>
    <w:p/>
    <w:p>
      <w:pPr>
        <w:spacing w:before="200" w:after="80"/>
      </w:pPr>
      <w:r>
        <w:rPr>
          <w:b/>
          <w:color w:val="0B6E4F"/>
          <w:sz w:val="25"/>
        </w:rPr>
        <w:t>Thu Jan 7  —  Flag Skills and Symbols</w:t>
      </w:r>
    </w:p>
    <w:p>
      <w:pPr>
        <w:spacing w:after="40"/>
      </w:pPr>
      <w:r>
        <w:rPr>
          <w:b/>
        </w:rPr>
        <w:t xml:space="preserve">Focus: </w:t>
      </w:r>
      <w:r>
        <w:t>Learn US flag history, etiquette, folding/display, and make an art model of a national symbol.</w:t>
      </w:r>
    </w:p>
    <w:p>
      <w:pPr>
        <w:spacing w:after="40"/>
      </w:pPr>
      <w:r>
        <w:rPr>
          <w:b/>
        </w:rPr>
        <w:t>Requirements completed tonight:</w:t>
      </w:r>
    </w:p>
    <w:p>
      <w:pPr>
        <w:pStyle w:val="ListBullet"/>
      </w:pPr>
      <w:r>
        <w:t>Paws for Action 1 (US flag history, raise/lower, fold, display, etiquette)</w:t>
      </w:r>
    </w:p>
    <w:p>
      <w:pPr>
        <w:pStyle w:val="ListBullet"/>
      </w:pPr>
      <w:r>
        <w:t>Paws for Action 2 (Identify three US symbols; make a model/art of favorite)</w:t>
      </w:r>
    </w:p>
    <w:p>
      <w:pPr>
        <w:spacing w:after="40"/>
      </w:pPr>
      <w:r>
        <w:rPr>
          <w:b/>
        </w:rPr>
        <w:t>Materials to bring:</w:t>
      </w:r>
    </w:p>
    <w:p>
      <w:r>
        <w:t>US flag, small flag stand or rope, flag etiquette cards, construction paper, markers, clay or craft sticks, glue, scissors</w:t>
      </w:r>
    </w:p>
    <w:p>
      <w:pPr>
        <w:spacing w:after="20"/>
      </w:pPr>
      <w:r>
        <w:rPr>
          <w:b/>
        </w:rPr>
        <w:t>Gathering — Symbol Match</w:t>
      </w:r>
    </w:p>
    <w:p>
      <w:pPr>
        <w:spacing w:after="20"/>
        <w:numPr>
          <w:ilvl w:val="0"/>
          <w:numId w:val="47"/>
        </w:numPr>
      </w:pPr>
      <w:r>
        <w:t>Lay out picture cards of US symbols and name cards.</w:t>
      </w:r>
    </w:p>
    <w:p>
      <w:pPr>
        <w:spacing w:after="20"/>
        <w:numPr>
          <w:ilvl w:val="0"/>
          <w:numId w:val="47"/>
        </w:numPr>
      </w:pPr>
      <w:r>
        <w:t>Scouts match pictures to names as they arrive.</w:t>
      </w:r>
    </w:p>
    <w:p>
      <w:pPr>
        <w:spacing w:after="20"/>
        <w:numPr>
          <w:ilvl w:val="0"/>
          <w:numId w:val="47"/>
        </w:numPr>
      </w:pPr>
      <w:r>
        <w:t>Ask each Scout to pick a favorite for tonight's art.</w:t>
      </w:r>
    </w:p>
    <w:p>
      <w:pPr>
        <w:spacing w:after="20"/>
      </w:pPr>
      <w:r>
        <w:rPr>
          <w:b/>
        </w:rPr>
        <w:t>Opening — Opening Ceremony</w:t>
      </w:r>
    </w:p>
    <w:p>
      <w:pPr>
        <w:spacing w:after="20"/>
        <w:numPr>
          <w:ilvl w:val="0"/>
          <w:numId w:val="48"/>
        </w:numPr>
      </w:pPr>
      <w:r>
        <w:t>Form up in a horseshoe or circle. Ask a Scout to lead the Pledge of Allegiance to the flag.</w:t>
      </w:r>
    </w:p>
    <w:p>
      <w:pPr>
        <w:spacing w:after="20"/>
        <w:numPr>
          <w:ilvl w:val="0"/>
          <w:numId w:val="48"/>
        </w:numPr>
      </w:pPr>
      <w:r>
        <w:t>Everyone gives the Cub Scout sign and recites the Scout Oath together.</w:t>
      </w:r>
    </w:p>
    <w:p>
      <w:pPr>
        <w:spacing w:after="20"/>
        <w:numPr>
          <w:ilvl w:val="0"/>
          <w:numId w:val="48"/>
        </w:numPr>
      </w:pPr>
      <w:r>
        <w:t>Recite the Scout Law together. Younger dens may say it line-by-line after the Den Chief.</w:t>
      </w:r>
    </w:p>
    <w:p>
      <w:pPr>
        <w:spacing w:after="20"/>
      </w:pPr>
      <w:r>
        <w:rPr>
          <w:b/>
        </w:rPr>
        <w:t>Activity — Flag Etiquette Skill Stations</w:t>
      </w:r>
    </w:p>
    <w:p>
      <w:pPr>
        <w:spacing w:after="20"/>
        <w:numPr>
          <w:ilvl w:val="0"/>
          <w:numId w:val="49"/>
        </w:numPr>
      </w:pPr>
      <w:r>
        <w:t>Station 1: practice respectful raising/lowering with a small flag or pretend halyard.</w:t>
      </w:r>
    </w:p>
    <w:p>
      <w:pPr>
        <w:spacing w:after="20"/>
        <w:numPr>
          <w:ilvl w:val="0"/>
          <w:numId w:val="49"/>
        </w:numPr>
      </w:pPr>
      <w:r>
        <w:t>Station 2: fold the flag with a team and say why it never touches the ground.</w:t>
      </w:r>
    </w:p>
    <w:p>
      <w:pPr>
        <w:spacing w:after="20"/>
        <w:numPr>
          <w:ilvl w:val="0"/>
          <w:numId w:val="49"/>
        </w:numPr>
      </w:pPr>
      <w:r>
        <w:t>Station 3: sort display/etiquette scenarios into respectful or not respectful.</w:t>
      </w:r>
    </w:p>
    <w:p>
      <w:pPr>
        <w:spacing w:after="40"/>
      </w:pPr>
      <w:r>
        <w:rPr>
          <w:i/>
          <w:sz w:val="18"/>
        </w:rPr>
        <w:t>Needs: US flag, small flag stand or rope, flag etiquette cards</w:t>
      </w:r>
    </w:p>
    <w:p>
      <w:pPr>
        <w:spacing w:after="20"/>
      </w:pPr>
      <w:r>
        <w:rPr>
          <w:b/>
        </w:rPr>
        <w:t>Activity — Favorite USA Symbol Art</w:t>
      </w:r>
    </w:p>
    <w:p>
      <w:pPr>
        <w:spacing w:after="20"/>
        <w:numPr>
          <w:ilvl w:val="0"/>
          <w:numId w:val="50"/>
        </w:numPr>
      </w:pPr>
      <w:r>
        <w:t>Identify at least three symbols: flag, bald eagle, Statue of Liberty, Liberty Bell, White House, or national parks.</w:t>
      </w:r>
    </w:p>
    <w:p>
      <w:pPr>
        <w:spacing w:after="20"/>
        <w:numPr>
          <w:ilvl w:val="0"/>
          <w:numId w:val="50"/>
        </w:numPr>
      </w:pPr>
      <w:r>
        <w:t>Each Scout makes a quick model, poster, or drawing of a favorite symbol.</w:t>
      </w:r>
    </w:p>
    <w:p>
      <w:pPr>
        <w:spacing w:after="20"/>
        <w:numPr>
          <w:ilvl w:val="0"/>
          <w:numId w:val="50"/>
        </w:numPr>
      </w:pPr>
      <w:r>
        <w:t>Share what the symbol represents.</w:t>
      </w:r>
    </w:p>
    <w:p>
      <w:pPr>
        <w:spacing w:after="40"/>
      </w:pPr>
      <w:r>
        <w:rPr>
          <w:i/>
          <w:sz w:val="18"/>
        </w:rPr>
        <w:t>Needs: construction paper, markers, clay or craft sticks, glue, scissors</w:t>
      </w:r>
    </w:p>
    <w:p>
      <w:pPr>
        <w:spacing w:after="20"/>
      </w:pPr>
      <w:r>
        <w:rPr>
          <w:b/>
        </w:rPr>
        <w:t>Closing — Closing Ceremony - the Living Circle</w:t>
      </w:r>
    </w:p>
    <w:p>
      <w:pPr>
        <w:spacing w:after="20"/>
        <w:numPr>
          <w:ilvl w:val="0"/>
          <w:numId w:val="51"/>
        </w:numPr>
      </w:pPr>
      <w:r>
        <w:t>Form a circle. Everyone puts their left hand toward the center, little fingers linked to the next Scout.</w:t>
      </w:r>
    </w:p>
    <w:p>
      <w:pPr>
        <w:spacing w:after="20"/>
        <w:numPr>
          <w:ilvl w:val="0"/>
          <w:numId w:val="51"/>
        </w:numPr>
      </w:pPr>
      <w:r>
        <w:t>Den Chief shares a 1-sentence thought tied to tonight (e.g., 'Tonight we practiced being Helpful.').</w:t>
      </w:r>
    </w:p>
    <w:p>
      <w:pPr>
        <w:spacing w:after="20"/>
        <w:numPr>
          <w:ilvl w:val="0"/>
          <w:numId w:val="51"/>
        </w:numPr>
      </w:pPr>
      <w:r>
        <w:t>On the Den Chief's signal, everyone raises the circle and gives a quiet 'Do Your Best!' Dismiss.</w:t>
      </w:r>
    </w:p>
    <w:p>
      <w:pPr>
        <w:spacing w:after="40"/>
      </w:pPr>
      <w:r>
        <w:rPr>
          <w:b/>
        </w:rPr>
        <w:t>Send home / follow-up:</w:t>
      </w:r>
    </w:p>
    <w:p>
      <w:pPr>
        <w:pStyle w:val="ListBullet"/>
      </w:pPr>
      <w:r>
        <w:t>Ask families to suggest a simple service project or nonprofit the den could support next meeting.</w:t>
      </w:r>
    </w:p>
    <w:p>
      <w:pPr>
        <w:spacing w:after="120"/>
      </w:pPr>
      <w:r>
        <w:rPr>
          <w:b/>
        </w:rPr>
        <w:t xml:space="preserve">Den Chief tip: </w:t>
      </w:r>
      <w:r>
        <w:t>If you have access to a real flagpole, invite the pack flag team or veterans to demonstrate. Indoors, use a tabletop flag and rope demo.</w:t>
      </w:r>
    </w:p>
    <w:p>
      <w:pPr>
        <w:spacing w:before="200" w:after="80"/>
      </w:pPr>
      <w:r>
        <w:rPr>
          <w:b/>
          <w:color w:val="0B6E4F"/>
          <w:sz w:val="25"/>
        </w:rPr>
        <w:t>Thu Jan 21  —  Nonprofits and Service Project</w:t>
      </w:r>
    </w:p>
    <w:p>
      <w:pPr>
        <w:spacing w:after="40"/>
      </w:pPr>
      <w:r>
        <w:rPr>
          <w:b/>
        </w:rPr>
        <w:t xml:space="preserve">Focus: </w:t>
      </w:r>
      <w:r>
        <w:t>Learn how a nonprofit serves the community, then complete a hands-on service project.</w:t>
      </w:r>
    </w:p>
    <w:p>
      <w:pPr>
        <w:spacing w:after="40"/>
      </w:pPr>
      <w:r>
        <w:rPr>
          <w:b/>
        </w:rPr>
        <w:t>Requirements completed tonight:</w:t>
      </w:r>
    </w:p>
    <w:p>
      <w:pPr>
        <w:pStyle w:val="ListBullet"/>
      </w:pPr>
      <w:r>
        <w:t>Paws for Action 3 (Learn a nonprofit mission, funding, and volunteers)</w:t>
      </w:r>
    </w:p>
    <w:p>
      <w:pPr>
        <w:pStyle w:val="ListBullet"/>
      </w:pPr>
      <w:r>
        <w:t>Paws for Action 4 (Participate in a service project)</w:t>
      </w:r>
    </w:p>
    <w:p>
      <w:pPr>
        <w:spacing w:after="40"/>
      </w:pPr>
      <w:r>
        <w:rPr>
          <w:b/>
        </w:rPr>
        <w:t>Materials to bring:</w:t>
      </w:r>
    </w:p>
    <w:p>
      <w:r>
        <w:t>nonprofit fact sheet or website printout, photos if available, project supplies, boxes or bags, labels, gloves if cleaning</w:t>
      </w:r>
    </w:p>
    <w:p>
      <w:pPr>
        <w:spacing w:after="20"/>
      </w:pPr>
      <w:r>
        <w:rPr>
          <w:b/>
        </w:rPr>
        <w:t>Gathering — Service Brainstorm Wall</w:t>
      </w:r>
    </w:p>
    <w:p>
      <w:pPr>
        <w:spacing w:after="20"/>
        <w:numPr>
          <w:ilvl w:val="0"/>
          <w:numId w:val="52"/>
        </w:numPr>
      </w:pPr>
      <w:r>
        <w:t>Scouts add sticky notes for people, animals, or places that need help.</w:t>
      </w:r>
    </w:p>
    <w:p>
      <w:pPr>
        <w:spacing w:after="20"/>
        <w:numPr>
          <w:ilvl w:val="0"/>
          <w:numId w:val="52"/>
        </w:numPr>
      </w:pPr>
      <w:r>
        <w:t>Group similar ideas together.</w:t>
      </w:r>
    </w:p>
    <w:p>
      <w:pPr>
        <w:spacing w:after="20"/>
        <w:numPr>
          <w:ilvl w:val="0"/>
          <w:numId w:val="52"/>
        </w:numPr>
      </w:pPr>
      <w:r>
        <w:t>Circle the project the den will do tonight.</w:t>
      </w:r>
    </w:p>
    <w:p>
      <w:pPr>
        <w:spacing w:after="20"/>
      </w:pPr>
      <w:r>
        <w:rPr>
          <w:b/>
        </w:rPr>
        <w:t>Opening — Opening Ceremony</w:t>
      </w:r>
    </w:p>
    <w:p>
      <w:pPr>
        <w:spacing w:after="20"/>
        <w:numPr>
          <w:ilvl w:val="0"/>
          <w:numId w:val="53"/>
        </w:numPr>
      </w:pPr>
      <w:r>
        <w:t>Form up in a horseshoe or circle. Ask a Scout to lead the Pledge of Allegiance to the flag.</w:t>
      </w:r>
    </w:p>
    <w:p>
      <w:pPr>
        <w:spacing w:after="20"/>
        <w:numPr>
          <w:ilvl w:val="0"/>
          <w:numId w:val="53"/>
        </w:numPr>
      </w:pPr>
      <w:r>
        <w:t>Everyone gives the Cub Scout sign and recites the Scout Oath together.</w:t>
      </w:r>
    </w:p>
    <w:p>
      <w:pPr>
        <w:spacing w:after="20"/>
        <w:numPr>
          <w:ilvl w:val="0"/>
          <w:numId w:val="53"/>
        </w:numPr>
      </w:pPr>
      <w:r>
        <w:t>Recite the Scout Law together. Younger dens may say it line-by-line after the Den Chief.</w:t>
      </w:r>
    </w:p>
    <w:p>
      <w:pPr>
        <w:spacing w:after="20"/>
      </w:pPr>
      <w:r>
        <w:rPr>
          <w:b/>
        </w:rPr>
        <w:t>Activity — How a Nonprofit Works</w:t>
      </w:r>
    </w:p>
    <w:p>
      <w:pPr>
        <w:spacing w:after="20"/>
        <w:numPr>
          <w:ilvl w:val="0"/>
          <w:numId w:val="54"/>
        </w:numPr>
      </w:pPr>
      <w:r>
        <w:t>Introduce the chosen nonprofit: mission, who it helps, and what volunteers do.</w:t>
      </w:r>
    </w:p>
    <w:p>
      <w:pPr>
        <w:spacing w:after="20"/>
        <w:numPr>
          <w:ilvl w:val="0"/>
          <w:numId w:val="54"/>
        </w:numPr>
      </w:pPr>
      <w:r>
        <w:t>Explain funding simply: donations, grants, fundraising, and supplies.</w:t>
      </w:r>
    </w:p>
    <w:p>
      <w:pPr>
        <w:spacing w:after="20"/>
        <w:numPr>
          <w:ilvl w:val="0"/>
          <w:numId w:val="54"/>
        </w:numPr>
      </w:pPr>
      <w:r>
        <w:t>Ask Scouts what job they can do as volunteers tonight.</w:t>
      </w:r>
    </w:p>
    <w:p>
      <w:pPr>
        <w:spacing w:after="40"/>
      </w:pPr>
      <w:r>
        <w:rPr>
          <w:i/>
          <w:sz w:val="18"/>
        </w:rPr>
        <w:t>Needs: nonprofit fact sheet or website printout, photos if available</w:t>
      </w:r>
    </w:p>
    <w:p>
      <w:pPr>
        <w:spacing w:after="20"/>
      </w:pPr>
      <w:r>
        <w:rPr>
          <w:b/>
        </w:rPr>
        <w:t>Activity — Bear Service Project</w:t>
      </w:r>
    </w:p>
    <w:p>
      <w:pPr>
        <w:spacing w:after="20"/>
        <w:numPr>
          <w:ilvl w:val="0"/>
          <w:numId w:val="55"/>
        </w:numPr>
      </w:pPr>
      <w:r>
        <w:t>Complete one prepared project: pack hygiene kits, sort food, make shelter pet toys, write thank-you cards, or clean grounds.</w:t>
      </w:r>
    </w:p>
    <w:p>
      <w:pPr>
        <w:spacing w:after="20"/>
        <w:numPr>
          <w:ilvl w:val="0"/>
          <w:numId w:val="55"/>
        </w:numPr>
      </w:pPr>
      <w:r>
        <w:t>Work for 20-30 minutes with clear jobs for every Scout.</w:t>
      </w:r>
    </w:p>
    <w:p>
      <w:pPr>
        <w:spacing w:after="20"/>
        <w:numPr>
          <w:ilvl w:val="0"/>
          <w:numId w:val="55"/>
        </w:numPr>
      </w:pPr>
      <w:r>
        <w:t>Close by naming who was helped and how the project showed Helpful.</w:t>
      </w:r>
    </w:p>
    <w:p>
      <w:pPr>
        <w:spacing w:after="40"/>
      </w:pPr>
      <w:r>
        <w:rPr>
          <w:i/>
          <w:sz w:val="18"/>
        </w:rPr>
        <w:t>Needs: project supplies, boxes or bags, labels, gloves if cleaning</w:t>
      </w:r>
    </w:p>
    <w:p>
      <w:pPr>
        <w:spacing w:after="20"/>
      </w:pPr>
      <w:r>
        <w:rPr>
          <w:b/>
        </w:rPr>
        <w:t>Closing — Closing Ceremony - the Living Circle</w:t>
      </w:r>
    </w:p>
    <w:p>
      <w:pPr>
        <w:spacing w:after="20"/>
        <w:numPr>
          <w:ilvl w:val="0"/>
          <w:numId w:val="56"/>
        </w:numPr>
      </w:pPr>
      <w:r>
        <w:t>Form a circle. Everyone puts their left hand toward the center, little fingers linked to the next Scout.</w:t>
      </w:r>
    </w:p>
    <w:p>
      <w:pPr>
        <w:spacing w:after="20"/>
        <w:numPr>
          <w:ilvl w:val="0"/>
          <w:numId w:val="56"/>
        </w:numPr>
      </w:pPr>
      <w:r>
        <w:t>Den Chief shares a 1-sentence thought tied to tonight (e.g., 'Tonight we practiced being Helpful.').</w:t>
      </w:r>
    </w:p>
    <w:p>
      <w:pPr>
        <w:spacing w:after="20"/>
        <w:numPr>
          <w:ilvl w:val="0"/>
          <w:numId w:val="56"/>
        </w:numPr>
      </w:pPr>
      <w:r>
        <w:t>On the Den Chief's signal, everyone raises the circle and gives a quiet 'Do Your Best!' Dismiss.</w:t>
      </w:r>
    </w:p>
    <w:p>
      <w:pPr>
        <w:spacing w:after="40"/>
      </w:pPr>
      <w:r>
        <w:rPr>
          <w:b/>
        </w:rPr>
        <w:t>Send home / follow-up:</w:t>
      </w:r>
    </w:p>
    <w:p>
      <w:pPr>
        <w:pStyle w:val="ListBullet"/>
      </w:pPr>
      <w:r>
        <w:t>Paws for Action complete. Encourage Scouts to tell their family the nonprofit's mission.</w:t>
      </w:r>
    </w:p>
    <w:p>
      <w:pPr>
        <w:spacing w:after="120"/>
      </w:pPr>
      <w:r>
        <w:rPr>
          <w:b/>
        </w:rPr>
        <w:t xml:space="preserve">Den Chief tip: </w:t>
      </w:r>
      <w:r>
        <w:t>Choose a project where Bears can do real work, not just watch adults. Have all supplies ready before opening.</w:t>
      </w:r>
    </w:p>
    <w:p>
      <w:pPr>
        <w:spacing w:after="160"/>
      </w:pPr>
      <w:r>
        <w:rPr>
          <w:b/>
        </w:rPr>
        <w:t xml:space="preserve">Flex week idea: </w:t>
      </w:r>
      <w:r>
        <w:t>Jan 14: extra service-project time, Pinewood Derby car work, or a flag ceremony practice for the pack meeting.</w:t>
      </w:r>
    </w:p>
    <w:p>
      <w:pPr>
        <w:spacing w:before="280" w:after="80"/>
      </w:pPr>
      <w:r>
        <w:rPr>
          <w:b/>
          <w:color w:val="0B6E4F"/>
          <w:sz w:val="28"/>
        </w:rPr>
        <w:t>February 2027: Standing Tall</w:t>
      </w:r>
    </w:p>
    <w:p>
      <w:r>
        <w:rPr>
          <w:i/>
        </w:rPr>
        <w:t>Personal safety: Protect Yourself Rules at home, personal space, family digital-device policy, and activity safety gear.</w:t>
      </w:r>
    </w:p>
    <w:tbl>
      <w:tblPr>
        <w:tblStyle w:val="LightGrid-Accent1"/>
        <w:tblW w:type="auto" w:w="0"/>
        <w:tblLook w:firstColumn="1" w:firstRow="1" w:lastColumn="0" w:lastRow="0" w:noHBand="0" w:noVBand="1" w:val="04A0"/>
      </w:tblPr>
      <w:tblGrid>
        <w:gridCol w:w="3360"/>
        <w:gridCol w:w="3360"/>
        <w:gridCol w:w="3360"/>
      </w:tblGrid>
      <w:tr>
        <w:tc>
          <w:tcPr>
            <w:tcW w:type="dxa" w:w="3360"/>
          </w:tcPr>
          <w:p>
            <w:r>
              <w:rPr>
                <w:sz w:val="17"/>
              </w:rPr>
              <w:t>Aligned Den Meeting</w:t>
              <w:br/>
              <w:t>Thu Feb 4</w:t>
            </w:r>
          </w:p>
        </w:tc>
        <w:tc>
          <w:tcPr>
            <w:tcW w:type="dxa" w:w="3360"/>
          </w:tcPr>
          <w:p>
            <w:r>
              <w:rPr>
                <w:sz w:val="17"/>
              </w:rPr>
              <w:t>Aligned Den Meeting</w:t>
              <w:br/>
              <w:t>Thu Feb 11</w:t>
            </w:r>
          </w:p>
        </w:tc>
        <w:tc>
          <w:tcPr>
            <w:tcW w:type="dxa" w:w="3360"/>
          </w:tcPr>
          <w:p>
            <w:r>
              <w:rPr>
                <w:sz w:val="17"/>
              </w:rPr>
              <w:t>Pack Meeting</w:t>
              <w:br/>
              <w:t>Thu Feb 25</w:t>
            </w:r>
          </w:p>
        </w:tc>
      </w:tr>
    </w:tbl>
    <w:p/>
    <w:p>
      <w:r>
        <w:rPr>
          <w:b/>
        </w:rPr>
        <w:t>Family / at-home requirements this month:</w:t>
      </w:r>
    </w:p>
    <w:p>
      <w:pPr>
        <w:pStyle w:val="ListBullet"/>
      </w:pPr>
      <w:r>
        <w:t>Standing Tall 1: With parent permission, watch the 'Protect Yourself Rules' video for the Bear rank at home.</w:t>
      </w:r>
    </w:p>
    <w:p>
      <w:pPr>
        <w:pStyle w:val="ListBullet"/>
      </w:pPr>
      <w:r>
        <w:t>Standing Tall 3: With parent/guardian, set up a family policy for digital devices at home.</w:t>
      </w:r>
    </w:p>
    <w:p>
      <w:pPr>
        <w:spacing w:before="200" w:after="80"/>
      </w:pPr>
      <w:r>
        <w:rPr>
          <w:b/>
          <w:color w:val="0B6E4F"/>
          <w:sz w:val="25"/>
        </w:rPr>
        <w:t>Thu Feb 4  —  Personal Space Bubble</w:t>
      </w:r>
    </w:p>
    <w:p>
      <w:pPr>
        <w:spacing w:after="40"/>
      </w:pPr>
      <w:r>
        <w:rPr>
          <w:b/>
        </w:rPr>
        <w:t xml:space="preserve">Focus: </w:t>
      </w:r>
      <w:r>
        <w:t>Complete the Personal Space Bubble worksheet and practice respectful ways to speak up.</w:t>
      </w:r>
    </w:p>
    <w:p>
      <w:pPr>
        <w:spacing w:after="40"/>
      </w:pPr>
      <w:r>
        <w:rPr>
          <w:b/>
        </w:rPr>
        <w:t>Requirements completed tonight:</w:t>
      </w:r>
    </w:p>
    <w:p>
      <w:pPr>
        <w:pStyle w:val="ListBullet"/>
      </w:pPr>
      <w:r>
        <w:t>Standing Tall 2 (Complete the Personal Space Bubble worksheet)</w:t>
      </w:r>
    </w:p>
    <w:p>
      <w:pPr>
        <w:spacing w:after="40"/>
      </w:pPr>
      <w:r>
        <w:rPr>
          <w:b/>
        </w:rPr>
        <w:t>Materials to bring:</w:t>
      </w:r>
    </w:p>
    <w:p>
      <w:r>
        <w:t>Personal Space Bubble worksheets, pencils, scenario cards</w:t>
      </w:r>
    </w:p>
    <w:p>
      <w:pPr>
        <w:spacing w:after="20"/>
      </w:pPr>
      <w:r>
        <w:rPr>
          <w:b/>
        </w:rPr>
        <w:t>Gathering — Comfort Zone Lines</w:t>
      </w:r>
    </w:p>
    <w:p>
      <w:pPr>
        <w:spacing w:after="20"/>
        <w:numPr>
          <w:ilvl w:val="0"/>
          <w:numId w:val="57"/>
        </w:numPr>
      </w:pPr>
      <w:r>
        <w:t>Tape three lines on the floor: close, okay, too far.</w:t>
      </w:r>
    </w:p>
    <w:p>
      <w:pPr>
        <w:spacing w:after="20"/>
        <w:numPr>
          <w:ilvl w:val="0"/>
          <w:numId w:val="57"/>
        </w:numPr>
      </w:pPr>
      <w:r>
        <w:t>Scouts stand where they would talk to a friend, leader, or stranger.</w:t>
      </w:r>
    </w:p>
    <w:p>
      <w:pPr>
        <w:spacing w:after="20"/>
        <w:numPr>
          <w:ilvl w:val="0"/>
          <w:numId w:val="57"/>
        </w:numPr>
      </w:pPr>
      <w:r>
        <w:t>Briefly compare how boundaries change by situation.</w:t>
      </w:r>
    </w:p>
    <w:p>
      <w:pPr>
        <w:spacing w:after="20"/>
      </w:pPr>
      <w:r>
        <w:rPr>
          <w:b/>
        </w:rPr>
        <w:t>Opening — Opening Ceremony</w:t>
      </w:r>
    </w:p>
    <w:p>
      <w:pPr>
        <w:spacing w:after="20"/>
        <w:numPr>
          <w:ilvl w:val="0"/>
          <w:numId w:val="58"/>
        </w:numPr>
      </w:pPr>
      <w:r>
        <w:t>Form up in a horseshoe or circle. Ask a Scout to lead the Pledge of Allegiance to the flag.</w:t>
      </w:r>
    </w:p>
    <w:p>
      <w:pPr>
        <w:spacing w:after="20"/>
        <w:numPr>
          <w:ilvl w:val="0"/>
          <w:numId w:val="58"/>
        </w:numPr>
      </w:pPr>
      <w:r>
        <w:t>Everyone gives the Cub Scout sign and recites the Scout Oath together.</w:t>
      </w:r>
    </w:p>
    <w:p>
      <w:pPr>
        <w:spacing w:after="20"/>
        <w:numPr>
          <w:ilvl w:val="0"/>
          <w:numId w:val="58"/>
        </w:numPr>
      </w:pPr>
      <w:r>
        <w:t>Recite the Scout Law together. Younger dens may say it line-by-line after the Den Chief.</w:t>
      </w:r>
    </w:p>
    <w:p>
      <w:pPr>
        <w:spacing w:after="20"/>
      </w:pPr>
      <w:r>
        <w:rPr>
          <w:b/>
        </w:rPr>
        <w:t>Activity — Personal Space Bubble Worksheet</w:t>
      </w:r>
    </w:p>
    <w:p>
      <w:pPr>
        <w:spacing w:after="20"/>
        <w:numPr>
          <w:ilvl w:val="0"/>
          <w:numId w:val="59"/>
        </w:numPr>
      </w:pPr>
      <w:r>
        <w:t>Hand out the Bear worksheet and read directions together.</w:t>
      </w:r>
    </w:p>
    <w:p>
      <w:pPr>
        <w:spacing w:after="20"/>
        <w:numPr>
          <w:ilvl w:val="0"/>
          <w:numId w:val="59"/>
        </w:numPr>
      </w:pPr>
      <w:r>
        <w:t>Scouts fill in safe people, warning feelings, and words they can use.</w:t>
      </w:r>
    </w:p>
    <w:p>
      <w:pPr>
        <w:spacing w:after="20"/>
        <w:numPr>
          <w:ilvl w:val="0"/>
          <w:numId w:val="59"/>
        </w:numPr>
      </w:pPr>
      <w:r>
        <w:t>Pair-share one respectful phrase: 'Please step back' or 'I need space.'</w:t>
      </w:r>
    </w:p>
    <w:p>
      <w:pPr>
        <w:spacing w:after="40"/>
      </w:pPr>
      <w:r>
        <w:rPr>
          <w:i/>
          <w:sz w:val="18"/>
        </w:rPr>
        <w:t>Needs: Personal Space Bubble worksheets, pencils</w:t>
      </w:r>
    </w:p>
    <w:p>
      <w:pPr>
        <w:spacing w:after="20"/>
      </w:pPr>
      <w:r>
        <w:rPr>
          <w:b/>
        </w:rPr>
        <w:t>Activity — Speak-Up Role Plays</w:t>
      </w:r>
    </w:p>
    <w:p>
      <w:pPr>
        <w:spacing w:after="20"/>
        <w:numPr>
          <w:ilvl w:val="0"/>
          <w:numId w:val="60"/>
        </w:numPr>
      </w:pPr>
      <w:r>
        <w:t>Den Chief reads simple scenarios about crowding, teasing, or unsafe touch.</w:t>
      </w:r>
    </w:p>
    <w:p>
      <w:pPr>
        <w:spacing w:after="20"/>
        <w:numPr>
          <w:ilvl w:val="0"/>
          <w:numId w:val="60"/>
        </w:numPr>
      </w:pPr>
      <w:r>
        <w:t>Scouts practice: say no, move away, tell a trusted adult.</w:t>
      </w:r>
    </w:p>
    <w:p>
      <w:pPr>
        <w:spacing w:after="20"/>
        <w:numPr>
          <w:ilvl w:val="0"/>
          <w:numId w:val="60"/>
        </w:numPr>
      </w:pPr>
      <w:r>
        <w:t>Keep examples calm and empowering, not scary.</w:t>
      </w:r>
    </w:p>
    <w:p>
      <w:pPr>
        <w:spacing w:after="40"/>
      </w:pPr>
      <w:r>
        <w:rPr>
          <w:i/>
          <w:sz w:val="18"/>
        </w:rPr>
        <w:t>Needs: scenario cards</w:t>
      </w:r>
    </w:p>
    <w:p>
      <w:pPr>
        <w:spacing w:after="20"/>
      </w:pPr>
      <w:r>
        <w:rPr>
          <w:b/>
        </w:rPr>
        <w:t>Closing — Closing Ceremony - the Living Circle</w:t>
      </w:r>
    </w:p>
    <w:p>
      <w:pPr>
        <w:spacing w:after="20"/>
        <w:numPr>
          <w:ilvl w:val="0"/>
          <w:numId w:val="61"/>
        </w:numPr>
      </w:pPr>
      <w:r>
        <w:t>Form a circle. Everyone puts their left hand toward the center, little fingers linked to the next Scout.</w:t>
      </w:r>
    </w:p>
    <w:p>
      <w:pPr>
        <w:spacing w:after="20"/>
        <w:numPr>
          <w:ilvl w:val="0"/>
          <w:numId w:val="61"/>
        </w:numPr>
      </w:pPr>
      <w:r>
        <w:t>Den Chief shares a 1-sentence thought tied to tonight (e.g., 'Tonight we practiced being Helpful.').</w:t>
      </w:r>
    </w:p>
    <w:p>
      <w:pPr>
        <w:spacing w:after="20"/>
        <w:numPr>
          <w:ilvl w:val="0"/>
          <w:numId w:val="61"/>
        </w:numPr>
      </w:pPr>
      <w:r>
        <w:t>On the Den Chief's signal, everyone raises the circle and gives a quiet 'Do Your Best!' Dismiss.</w:t>
      </w:r>
    </w:p>
    <w:p>
      <w:pPr>
        <w:spacing w:after="40"/>
      </w:pPr>
      <w:r>
        <w:rPr>
          <w:b/>
        </w:rPr>
        <w:t>Send home / follow-up:</w:t>
      </w:r>
    </w:p>
    <w:p>
      <w:pPr>
        <w:pStyle w:val="ListBullet"/>
      </w:pPr>
      <w:r>
        <w:t>Finish the Protect Yourself Rules video and family digital-device policy at home.</w:t>
      </w:r>
    </w:p>
    <w:p>
      <w:pPr>
        <w:spacing w:after="120"/>
      </w:pPr>
      <w:r>
        <w:rPr>
          <w:b/>
        </w:rPr>
        <w:t xml:space="preserve">Den Chief tip: </w:t>
      </w:r>
      <w:r>
        <w:t>Use Youth Protection-friendly language and do not ask Scouts to disclose personal experiences. Keep two-deep leadership and visibility.</w:t>
      </w:r>
    </w:p>
    <w:p>
      <w:pPr>
        <w:spacing w:before="200" w:after="80"/>
      </w:pPr>
      <w:r>
        <w:rPr>
          <w:b/>
          <w:color w:val="0B6E4F"/>
          <w:sz w:val="25"/>
        </w:rPr>
        <w:t>Thu Feb 11  —  Safety Gear Lab</w:t>
      </w:r>
    </w:p>
    <w:p>
      <w:pPr>
        <w:spacing w:after="40"/>
      </w:pPr>
      <w:r>
        <w:rPr>
          <w:b/>
        </w:rPr>
        <w:t xml:space="preserve">Focus: </w:t>
      </w:r>
      <w:r>
        <w:t>Identify head, eye, mouth/nose, hand, and foot protection and demonstrate proper use for an activity.</w:t>
      </w:r>
    </w:p>
    <w:p>
      <w:pPr>
        <w:spacing w:after="40"/>
      </w:pPr>
      <w:r>
        <w:rPr>
          <w:b/>
        </w:rPr>
        <w:t>Requirements completed tonight:</w:t>
      </w:r>
    </w:p>
    <w:p>
      <w:pPr>
        <w:pStyle w:val="ListBullet"/>
      </w:pPr>
      <w:r>
        <w:t>Standing Tall 4 (Identify common personal safety gear; list protection; demonstrate proper use)</w:t>
      </w:r>
    </w:p>
    <w:p>
      <w:pPr>
        <w:spacing w:after="40"/>
      </w:pPr>
      <w:r>
        <w:rPr>
          <w:b/>
        </w:rPr>
        <w:t>Materials to bring:</w:t>
      </w:r>
    </w:p>
    <w:p>
      <w:r>
        <w:t>helmet, safety glasses, dust mask, gloves, closed-toe shoes or boot, chart paper, markers, activity gear samples, bike helmet or tool gloves</w:t>
      </w:r>
    </w:p>
    <w:p>
      <w:pPr>
        <w:spacing w:after="20"/>
      </w:pPr>
      <w:r>
        <w:rPr>
          <w:b/>
        </w:rPr>
        <w:t>Gathering — Gear Guess Bag</w:t>
      </w:r>
    </w:p>
    <w:p>
      <w:pPr>
        <w:spacing w:after="20"/>
        <w:numPr>
          <w:ilvl w:val="0"/>
          <w:numId w:val="62"/>
        </w:numPr>
      </w:pPr>
      <w:r>
        <w:t>Put safety gear items in a bag or under a towel.</w:t>
      </w:r>
    </w:p>
    <w:p>
      <w:pPr>
        <w:spacing w:after="20"/>
        <w:numPr>
          <w:ilvl w:val="0"/>
          <w:numId w:val="62"/>
        </w:numPr>
      </w:pPr>
      <w:r>
        <w:t>Scouts feel one item without looking and guess what it protects.</w:t>
      </w:r>
    </w:p>
    <w:p>
      <w:pPr>
        <w:spacing w:after="20"/>
        <w:numPr>
          <w:ilvl w:val="0"/>
          <w:numId w:val="62"/>
        </w:numPr>
      </w:pPr>
      <w:r>
        <w:t>Reveal and sort by body part.</w:t>
      </w:r>
    </w:p>
    <w:p>
      <w:pPr>
        <w:spacing w:after="20"/>
      </w:pPr>
      <w:r>
        <w:rPr>
          <w:b/>
        </w:rPr>
        <w:t>Opening — Opening Ceremony</w:t>
      </w:r>
    </w:p>
    <w:p>
      <w:pPr>
        <w:spacing w:after="20"/>
        <w:numPr>
          <w:ilvl w:val="0"/>
          <w:numId w:val="63"/>
        </w:numPr>
      </w:pPr>
      <w:r>
        <w:t>Form up in a horseshoe or circle. Ask a Scout to lead the Pledge of Allegiance to the flag.</w:t>
      </w:r>
    </w:p>
    <w:p>
      <w:pPr>
        <w:spacing w:after="20"/>
        <w:numPr>
          <w:ilvl w:val="0"/>
          <w:numId w:val="63"/>
        </w:numPr>
      </w:pPr>
      <w:r>
        <w:t>Everyone gives the Cub Scout sign and recites the Scout Oath together.</w:t>
      </w:r>
    </w:p>
    <w:p>
      <w:pPr>
        <w:spacing w:after="20"/>
        <w:numPr>
          <w:ilvl w:val="0"/>
          <w:numId w:val="63"/>
        </w:numPr>
      </w:pPr>
      <w:r>
        <w:t>Recite the Scout Law together. Younger dens may say it line-by-line after the Den Chief.</w:t>
      </w:r>
    </w:p>
    <w:p>
      <w:pPr>
        <w:spacing w:after="20"/>
      </w:pPr>
      <w:r>
        <w:rPr>
          <w:b/>
        </w:rPr>
        <w:t>Activity — Safety Gear Sorting Lab</w:t>
      </w:r>
    </w:p>
    <w:p>
      <w:pPr>
        <w:spacing w:after="20"/>
        <w:numPr>
          <w:ilvl w:val="0"/>
          <w:numId w:val="64"/>
        </w:numPr>
      </w:pPr>
      <w:r>
        <w:t>Sort gear into head, eyes, mouth/nose, hands, and feet.</w:t>
      </w:r>
    </w:p>
    <w:p>
      <w:pPr>
        <w:spacing w:after="20"/>
        <w:numPr>
          <w:ilvl w:val="0"/>
          <w:numId w:val="64"/>
        </w:numPr>
      </w:pPr>
      <w:r>
        <w:t>For each item, Scouts state what injury it helps prevent.</w:t>
      </w:r>
    </w:p>
    <w:p>
      <w:pPr>
        <w:spacing w:after="20"/>
        <w:numPr>
          <w:ilvl w:val="0"/>
          <w:numId w:val="64"/>
        </w:numPr>
      </w:pPr>
      <w:r>
        <w:t>Make a quick chart the den can photograph or take home.</w:t>
      </w:r>
    </w:p>
    <w:p>
      <w:pPr>
        <w:spacing w:after="40"/>
      </w:pPr>
      <w:r>
        <w:rPr>
          <w:i/>
          <w:sz w:val="18"/>
        </w:rPr>
        <w:t>Needs: helmet, safety glasses, dust mask, gloves, closed-toe shoes or boot, chart paper, markers</w:t>
      </w:r>
    </w:p>
    <w:p>
      <w:pPr>
        <w:spacing w:after="20"/>
      </w:pPr>
      <w:r>
        <w:rPr>
          <w:b/>
        </w:rPr>
        <w:t>Activity — Proper Use Demo</w:t>
      </w:r>
    </w:p>
    <w:p>
      <w:pPr>
        <w:spacing w:after="20"/>
        <w:numPr>
          <w:ilvl w:val="0"/>
          <w:numId w:val="65"/>
        </w:numPr>
      </w:pPr>
      <w:r>
        <w:t>Choose an activity like biking, woodworking, sports, or cleanup.</w:t>
      </w:r>
    </w:p>
    <w:p>
      <w:pPr>
        <w:spacing w:after="20"/>
        <w:numPr>
          <w:ilvl w:val="0"/>
          <w:numId w:val="65"/>
        </w:numPr>
      </w:pPr>
      <w:r>
        <w:t>Scouts demonstrate fitting/wearing the right gear correctly.</w:t>
      </w:r>
    </w:p>
    <w:p>
      <w:pPr>
        <w:spacing w:after="20"/>
        <w:numPr>
          <w:ilvl w:val="0"/>
          <w:numId w:val="65"/>
        </w:numPr>
      </w:pPr>
      <w:r>
        <w:t>Leader checks fit: straps snug, glasses on eyes, gloves right size, shoes tied.</w:t>
      </w:r>
    </w:p>
    <w:p>
      <w:pPr>
        <w:spacing w:after="40"/>
      </w:pPr>
      <w:r>
        <w:rPr>
          <w:i/>
          <w:sz w:val="18"/>
        </w:rPr>
        <w:t>Needs: activity gear samples, bike helmet or tool gloves, safety glasses</w:t>
      </w:r>
    </w:p>
    <w:p>
      <w:pPr>
        <w:spacing w:after="20"/>
      </w:pPr>
      <w:r>
        <w:rPr>
          <w:b/>
        </w:rPr>
        <w:t>Closing — Closing Ceremony - the Living Circle</w:t>
      </w:r>
    </w:p>
    <w:p>
      <w:pPr>
        <w:spacing w:after="20"/>
        <w:numPr>
          <w:ilvl w:val="0"/>
          <w:numId w:val="66"/>
        </w:numPr>
      </w:pPr>
      <w:r>
        <w:t>Form a circle. Everyone puts their left hand toward the center, little fingers linked to the next Scout.</w:t>
      </w:r>
    </w:p>
    <w:p>
      <w:pPr>
        <w:spacing w:after="20"/>
        <w:numPr>
          <w:ilvl w:val="0"/>
          <w:numId w:val="66"/>
        </w:numPr>
      </w:pPr>
      <w:r>
        <w:t>Den Chief shares a 1-sentence thought tied to tonight (e.g., 'Tonight we practiced being Helpful.').</w:t>
      </w:r>
    </w:p>
    <w:p>
      <w:pPr>
        <w:spacing w:after="20"/>
        <w:numPr>
          <w:ilvl w:val="0"/>
          <w:numId w:val="66"/>
        </w:numPr>
      </w:pPr>
      <w:r>
        <w:t>On the Den Chief's signal, everyone raises the circle and gives a quiet 'Do Your Best!' Dismiss.</w:t>
      </w:r>
    </w:p>
    <w:p>
      <w:pPr>
        <w:spacing w:after="40"/>
      </w:pPr>
      <w:r>
        <w:rPr>
          <w:b/>
        </w:rPr>
        <w:t>Send home / follow-up:</w:t>
      </w:r>
    </w:p>
    <w:p>
      <w:pPr>
        <w:pStyle w:val="ListBullet"/>
      </w:pPr>
      <w:r>
        <w:t>Standing Tall complete after the home video and digital-device policy are done.</w:t>
      </w:r>
    </w:p>
    <w:p>
      <w:pPr>
        <w:spacing w:after="120"/>
      </w:pPr>
      <w:r>
        <w:rPr>
          <w:b/>
        </w:rPr>
        <w:t xml:space="preserve">Den Chief tip: </w:t>
      </w:r>
      <w:r>
        <w:t>February has no separate flex week. If many home tasks are unfinished, send a one-page checklist before Blue &amp; Gold.</w:t>
      </w:r>
    </w:p>
    <w:p>
      <w:pPr>
        <w:spacing w:after="160"/>
      </w:pPr>
      <w:r>
        <w:rPr>
          <w:b/>
        </w:rPr>
        <w:t xml:space="preserve">Flex week idea: </w:t>
      </w:r>
      <w:r>
        <w:t>No separate February flex week; use arrival time or the pack meeting reminder to chase home-task completion.</w:t>
      </w:r>
    </w:p>
    <w:p>
      <w:pPr>
        <w:spacing w:before="280" w:after="80"/>
      </w:pPr>
      <w:r>
        <w:rPr>
          <w:b/>
          <w:color w:val="0B6E4F"/>
          <w:sz w:val="28"/>
        </w:rPr>
        <w:t>March 2027: Fellowship</w:t>
      </w:r>
    </w:p>
    <w:p>
      <w:r>
        <w:rPr>
          <w:i/>
        </w:rPr>
        <w:t>Duty to God and reverence: families handle faith-specific requirements; the den practices kindness and respectful sharing.</w:t>
      </w:r>
    </w:p>
    <w:tbl>
      <w:tblPr>
        <w:tblStyle w:val="LightGrid-Accent1"/>
        <w:tblW w:type="auto" w:w="0"/>
        <w:tblLook w:firstColumn="1" w:firstRow="1" w:lastColumn="0" w:lastRow="0" w:noHBand="0" w:noVBand="1" w:val="04A0"/>
      </w:tblPr>
      <w:tblGrid>
        <w:gridCol w:w="2520"/>
        <w:gridCol w:w="2520"/>
        <w:gridCol w:w="2520"/>
        <w:gridCol w:w="2520"/>
      </w:tblGrid>
      <w:tr>
        <w:tc>
          <w:tcPr>
            <w:tcW w:type="dxa" w:w="2520"/>
          </w:tcPr>
          <w:p>
            <w:r>
              <w:rPr>
                <w:sz w:val="17"/>
              </w:rPr>
              <w:t>Aligned Den Meeting</w:t>
              <w:br/>
              <w:t>Thu Mar 4</w:t>
            </w:r>
          </w:p>
        </w:tc>
        <w:tc>
          <w:tcPr>
            <w:tcW w:type="dxa" w:w="2520"/>
          </w:tcPr>
          <w:p>
            <w:r>
              <w:rPr>
                <w:sz w:val="17"/>
              </w:rPr>
              <w:t>Aligned Den Meeting</w:t>
              <w:br/>
              <w:t>Thu Mar 18</w:t>
            </w:r>
          </w:p>
        </w:tc>
        <w:tc>
          <w:tcPr>
            <w:tcW w:type="dxa" w:w="2520"/>
          </w:tcPr>
          <w:p>
            <w:r>
              <w:rPr>
                <w:sz w:val="17"/>
              </w:rPr>
              <w:t>Flex Week</w:t>
              <w:br/>
              <w:t>Thu Mar 11</w:t>
            </w:r>
          </w:p>
        </w:tc>
        <w:tc>
          <w:tcPr>
            <w:tcW w:type="dxa" w:w="2520"/>
          </w:tcPr>
          <w:p>
            <w:r>
              <w:rPr>
                <w:sz w:val="17"/>
              </w:rPr>
              <w:t>Pack Meeting</w:t>
              <w:br/>
              <w:t>Thu Mar 25</w:t>
            </w:r>
          </w:p>
        </w:tc>
      </w:tr>
    </w:tbl>
    <w:p/>
    <w:p>
      <w:r>
        <w:rPr>
          <w:b/>
        </w:rPr>
        <w:t>Family / at-home requirements this month:</w:t>
      </w:r>
    </w:p>
    <w:p>
      <w:pPr>
        <w:pStyle w:val="ListBullet"/>
      </w:pPr>
      <w:r>
        <w:t>Fellowship 1: With parent/guardian, talk about family faith traditions; identify three holidays/celebrations; make a craft/art/food from your favorite.</w:t>
      </w:r>
    </w:p>
    <w:p>
      <w:pPr>
        <w:pStyle w:val="ListBullet"/>
      </w:pPr>
      <w:r>
        <w:t>Fellowship 2: With family, attend a religious service or gathering that shows reverence.</w:t>
      </w:r>
    </w:p>
    <w:p>
      <w:pPr>
        <w:pStyle w:val="ListBullet"/>
      </w:pPr>
      <w:r>
        <w:t>Fellowship 4: With parent/guardian, identify a religion/faith different from your own and find two things it has in common with your beliefs.</w:t>
      </w:r>
    </w:p>
    <w:p>
      <w:pPr>
        <w:spacing w:before="200" w:after="80"/>
      </w:pPr>
      <w:r>
        <w:rPr>
          <w:b/>
          <w:color w:val="0B6E4F"/>
          <w:sz w:val="25"/>
        </w:rPr>
        <w:t>Thu Mar 4  —  Kindness in Action</w:t>
      </w:r>
    </w:p>
    <w:p>
      <w:pPr>
        <w:spacing w:after="40"/>
      </w:pPr>
      <w:r>
        <w:rPr>
          <w:b/>
        </w:rPr>
        <w:t xml:space="preserve">Focus: </w:t>
      </w:r>
      <w:r>
        <w:t>Plan and carry out a concrete act of kindness while families work on faith requirements at home.</w:t>
      </w:r>
    </w:p>
    <w:p>
      <w:pPr>
        <w:spacing w:after="40"/>
      </w:pPr>
      <w:r>
        <w:rPr>
          <w:b/>
        </w:rPr>
        <w:t>Requirements completed tonight:</w:t>
      </w:r>
    </w:p>
    <w:p>
      <w:pPr>
        <w:pStyle w:val="ListBullet"/>
      </w:pPr>
      <w:r>
        <w:t>Fellowship 3 (Carry out an act of kindness)</w:t>
      </w:r>
    </w:p>
    <w:p>
      <w:pPr>
        <w:spacing w:after="40"/>
      </w:pPr>
      <w:r>
        <w:rPr>
          <w:b/>
        </w:rPr>
        <w:t>Materials to bring:</w:t>
      </w:r>
    </w:p>
    <w:p>
      <w:r>
        <w:t>cards or paper, markers, stickers, envelopes or cleanup supplies</w:t>
      </w:r>
    </w:p>
    <w:p>
      <w:pPr>
        <w:spacing w:after="20"/>
      </w:pPr>
      <w:r>
        <w:rPr>
          <w:b/>
        </w:rPr>
        <w:t>Gathering — Kindness Dominoes</w:t>
      </w:r>
    </w:p>
    <w:p>
      <w:pPr>
        <w:spacing w:after="20"/>
        <w:numPr>
          <w:ilvl w:val="0"/>
          <w:numId w:val="67"/>
        </w:numPr>
      </w:pPr>
      <w:r>
        <w:t>Give each Scout a card with a kind action written on it.</w:t>
      </w:r>
    </w:p>
    <w:p>
      <w:pPr>
        <w:spacing w:after="20"/>
        <w:numPr>
          <w:ilvl w:val="0"/>
          <w:numId w:val="67"/>
        </w:numPr>
      </w:pPr>
      <w:r>
        <w:t>Scouts line up actions in an order where one kind act could lead to another.</w:t>
      </w:r>
    </w:p>
    <w:p>
      <w:pPr>
        <w:spacing w:after="20"/>
        <w:numPr>
          <w:ilvl w:val="0"/>
          <w:numId w:val="67"/>
        </w:numPr>
      </w:pPr>
      <w:r>
        <w:t>Read the chain aloud.</w:t>
      </w:r>
    </w:p>
    <w:p>
      <w:pPr>
        <w:spacing w:after="20"/>
      </w:pPr>
      <w:r>
        <w:rPr>
          <w:b/>
        </w:rPr>
        <w:t>Opening — Opening Ceremony</w:t>
      </w:r>
    </w:p>
    <w:p>
      <w:pPr>
        <w:spacing w:after="20"/>
        <w:numPr>
          <w:ilvl w:val="0"/>
          <w:numId w:val="68"/>
        </w:numPr>
      </w:pPr>
      <w:r>
        <w:t>Form up in a horseshoe or circle. Ask a Scout to lead the Pledge of Allegiance to the flag.</w:t>
      </w:r>
    </w:p>
    <w:p>
      <w:pPr>
        <w:spacing w:after="20"/>
        <w:numPr>
          <w:ilvl w:val="0"/>
          <w:numId w:val="68"/>
        </w:numPr>
      </w:pPr>
      <w:r>
        <w:t>Everyone gives the Cub Scout sign and recites the Scout Oath together.</w:t>
      </w:r>
    </w:p>
    <w:p>
      <w:pPr>
        <w:spacing w:after="20"/>
        <w:numPr>
          <w:ilvl w:val="0"/>
          <w:numId w:val="68"/>
        </w:numPr>
      </w:pPr>
      <w:r>
        <w:t>Recite the Scout Law together. Younger dens may say it line-by-line after the Den Chief.</w:t>
      </w:r>
    </w:p>
    <w:p>
      <w:pPr>
        <w:spacing w:after="20"/>
      </w:pPr>
      <w:r>
        <w:rPr>
          <w:b/>
        </w:rPr>
        <w:t>Activity — Den Kindness Project</w:t>
      </w:r>
    </w:p>
    <w:p>
      <w:pPr>
        <w:spacing w:after="20"/>
        <w:numPr>
          <w:ilvl w:val="0"/>
          <w:numId w:val="69"/>
        </w:numPr>
      </w:pPr>
      <w:r>
        <w:t>Choose one act: thank-you notes, welcome cards for new Scouts, care notes for a shut-in, or cleanup for the meeting place.</w:t>
      </w:r>
    </w:p>
    <w:p>
      <w:pPr>
        <w:spacing w:after="20"/>
        <w:numPr>
          <w:ilvl w:val="0"/>
          <w:numId w:val="69"/>
        </w:numPr>
      </w:pPr>
      <w:r>
        <w:t>Scouts do the project during the meeting and sign their first names only.</w:t>
      </w:r>
    </w:p>
    <w:p>
      <w:pPr>
        <w:spacing w:after="20"/>
        <w:numPr>
          <w:ilvl w:val="0"/>
          <w:numId w:val="69"/>
        </w:numPr>
      </w:pPr>
      <w:r>
        <w:t>Discuss how kindness connects to being Reverent, Kind, and Helpful.</w:t>
      </w:r>
    </w:p>
    <w:p>
      <w:pPr>
        <w:spacing w:after="40"/>
      </w:pPr>
      <w:r>
        <w:rPr>
          <w:i/>
          <w:sz w:val="18"/>
        </w:rPr>
        <w:t>Needs: cards or paper, markers, stickers, envelopes or cleanup supplies</w:t>
      </w:r>
    </w:p>
    <w:p>
      <w:pPr>
        <w:spacing w:after="20"/>
      </w:pPr>
      <w:r>
        <w:rPr>
          <w:b/>
        </w:rPr>
        <w:t>Activity — Respectful Sharing Practice</w:t>
      </w:r>
    </w:p>
    <w:p>
      <w:pPr>
        <w:spacing w:after="20"/>
        <w:numPr>
          <w:ilvl w:val="0"/>
          <w:numId w:val="70"/>
        </w:numPr>
      </w:pPr>
      <w:r>
        <w:t>Explain that families believe and celebrate in different ways.</w:t>
      </w:r>
    </w:p>
    <w:p>
      <w:pPr>
        <w:spacing w:after="20"/>
        <w:numPr>
          <w:ilvl w:val="0"/>
          <w:numId w:val="70"/>
        </w:numPr>
      </w:pPr>
      <w:r>
        <w:t>Practice sentence starters: 'In my family...' and 'One thing I respect is...'.</w:t>
      </w:r>
    </w:p>
    <w:p>
      <w:pPr>
        <w:spacing w:after="20"/>
        <w:numPr>
          <w:ilvl w:val="0"/>
          <w:numId w:val="70"/>
        </w:numPr>
      </w:pPr>
      <w:r>
        <w:t>Invite Scouts to bring or describe their home craft next time if their family wants to share.</w:t>
      </w:r>
    </w:p>
    <w:p>
      <w:pPr>
        <w:spacing w:after="20"/>
      </w:pPr>
      <w:r>
        <w:rPr>
          <w:b/>
        </w:rPr>
        <w:t>Closing — Closing Ceremony - the Living Circle</w:t>
      </w:r>
    </w:p>
    <w:p>
      <w:pPr>
        <w:spacing w:after="20"/>
        <w:numPr>
          <w:ilvl w:val="0"/>
          <w:numId w:val="71"/>
        </w:numPr>
      </w:pPr>
      <w:r>
        <w:t>Form a circle. Everyone puts their left hand toward the center, little fingers linked to the next Scout.</w:t>
      </w:r>
    </w:p>
    <w:p>
      <w:pPr>
        <w:spacing w:after="20"/>
        <w:numPr>
          <w:ilvl w:val="0"/>
          <w:numId w:val="71"/>
        </w:numPr>
      </w:pPr>
      <w:r>
        <w:t>Den Chief shares a 1-sentence thought tied to tonight (e.g., 'Tonight we practiced being Helpful.').</w:t>
      </w:r>
    </w:p>
    <w:p>
      <w:pPr>
        <w:spacing w:after="20"/>
        <w:numPr>
          <w:ilvl w:val="0"/>
          <w:numId w:val="71"/>
        </w:numPr>
      </w:pPr>
      <w:r>
        <w:t>On the Den Chief's signal, everyone raises the circle and gives a quiet 'Do Your Best!' Dismiss.</w:t>
      </w:r>
    </w:p>
    <w:p>
      <w:pPr>
        <w:spacing w:after="40"/>
      </w:pPr>
      <w:r>
        <w:rPr>
          <w:b/>
        </w:rPr>
        <w:t>Send home / follow-up:</w:t>
      </w:r>
    </w:p>
    <w:p>
      <w:pPr>
        <w:pStyle w:val="ListBullet"/>
      </w:pPr>
      <w:r>
        <w:t>Work on Fellowship home requirements 1, 2, and 4 with a parent/guardian. Bring optional craft/art notes next meeting.</w:t>
      </w:r>
    </w:p>
    <w:p>
      <w:pPr>
        <w:spacing w:after="120"/>
      </w:pPr>
      <w:r>
        <w:rPr>
          <w:b/>
        </w:rPr>
        <w:t xml:space="preserve">Den Chief tip: </w:t>
      </w:r>
      <w:r>
        <w:t>Do not teach specific beliefs as den content. Your job is to make space for every family's reverence and kindness.</w:t>
      </w:r>
    </w:p>
    <w:p>
      <w:pPr>
        <w:spacing w:before="200" w:after="80"/>
      </w:pPr>
      <w:r>
        <w:rPr>
          <w:b/>
          <w:color w:val="0B6E4F"/>
          <w:sz w:val="25"/>
        </w:rPr>
        <w:t>Thu Mar 18  —  Traditions Gallery and Wrap-Up</w:t>
      </w:r>
    </w:p>
    <w:p>
      <w:pPr>
        <w:spacing w:after="40"/>
      </w:pPr>
      <w:r>
        <w:rPr>
          <w:b/>
        </w:rPr>
        <w:t xml:space="preserve">Focus: </w:t>
      </w:r>
      <w:r>
        <w:t>Share optional family tradition projects and confirm home requirements are complete or scheduled.</w:t>
      </w:r>
    </w:p>
    <w:p>
      <w:pPr>
        <w:spacing w:after="40"/>
      </w:pPr>
      <w:r>
        <w:rPr>
          <w:b/>
        </w:rPr>
        <w:t>Requirements completed tonight:</w:t>
      </w:r>
    </w:p>
    <w:p>
      <w:pPr>
        <w:pStyle w:val="ListBullet"/>
      </w:pPr>
      <w:r>
        <w:t>Fellowship wrap-up (share home learning respectfully; confirm kindness and home tasks)</w:t>
      </w:r>
    </w:p>
    <w:p>
      <w:pPr>
        <w:spacing w:after="40"/>
      </w:pPr>
      <w:r>
        <w:rPr>
          <w:b/>
        </w:rPr>
        <w:t>Materials to bring:</w:t>
      </w:r>
    </w:p>
    <w:p>
      <w:r>
        <w:t>home projects or notes, table, completion checklist, pencils</w:t>
      </w:r>
    </w:p>
    <w:p>
      <w:pPr>
        <w:spacing w:after="20"/>
      </w:pPr>
      <w:r>
        <w:rPr>
          <w:b/>
        </w:rPr>
        <w:t>Gathering — Gallery Setup</w:t>
      </w:r>
    </w:p>
    <w:p>
      <w:pPr>
        <w:spacing w:after="20"/>
        <w:numPr>
          <w:ilvl w:val="0"/>
          <w:numId w:val="72"/>
        </w:numPr>
      </w:pPr>
      <w:r>
        <w:t>Scouts who brought art or notes place them on a table.</w:t>
      </w:r>
    </w:p>
    <w:p>
      <w:pPr>
        <w:spacing w:after="20"/>
        <w:numPr>
          <w:ilvl w:val="0"/>
          <w:numId w:val="72"/>
        </w:numPr>
      </w:pPr>
      <w:r>
        <w:t>Everyone walks silently and leaves a sticky-note compliment if appropriate.</w:t>
      </w:r>
    </w:p>
    <w:p>
      <w:pPr>
        <w:spacing w:after="20"/>
        <w:numPr>
          <w:ilvl w:val="0"/>
          <w:numId w:val="72"/>
        </w:numPr>
      </w:pPr>
      <w:r>
        <w:t>No one has to share faith details they want private.</w:t>
      </w:r>
    </w:p>
    <w:p>
      <w:pPr>
        <w:spacing w:after="20"/>
      </w:pPr>
      <w:r>
        <w:rPr>
          <w:b/>
        </w:rPr>
        <w:t>Opening — Opening Ceremony</w:t>
      </w:r>
    </w:p>
    <w:p>
      <w:pPr>
        <w:spacing w:after="20"/>
        <w:numPr>
          <w:ilvl w:val="0"/>
          <w:numId w:val="73"/>
        </w:numPr>
      </w:pPr>
      <w:r>
        <w:t>Form up in a horseshoe or circle. Ask a Scout to lead the Pledge of Allegiance to the flag.</w:t>
      </w:r>
    </w:p>
    <w:p>
      <w:pPr>
        <w:spacing w:after="20"/>
        <w:numPr>
          <w:ilvl w:val="0"/>
          <w:numId w:val="73"/>
        </w:numPr>
      </w:pPr>
      <w:r>
        <w:t>Everyone gives the Cub Scout sign and recites the Scout Oath together.</w:t>
      </w:r>
    </w:p>
    <w:p>
      <w:pPr>
        <w:spacing w:after="20"/>
        <w:numPr>
          <w:ilvl w:val="0"/>
          <w:numId w:val="73"/>
        </w:numPr>
      </w:pPr>
      <w:r>
        <w:t>Recite the Scout Law together. Younger dens may say it line-by-line after the Den Chief.</w:t>
      </w:r>
    </w:p>
    <w:p>
      <w:pPr>
        <w:spacing w:after="20"/>
      </w:pPr>
      <w:r>
        <w:rPr>
          <w:b/>
        </w:rPr>
        <w:t>Activity — Family Traditions Gallery Walk</w:t>
      </w:r>
    </w:p>
    <w:p>
      <w:pPr>
        <w:spacing w:after="20"/>
        <w:numPr>
          <w:ilvl w:val="0"/>
          <w:numId w:val="74"/>
        </w:numPr>
      </w:pPr>
      <w:r>
        <w:t>Invite Scouts to share a holiday, celebration, craft, art, or food story from home.</w:t>
      </w:r>
    </w:p>
    <w:p>
      <w:pPr>
        <w:spacing w:after="20"/>
        <w:numPr>
          <w:ilvl w:val="0"/>
          <w:numId w:val="74"/>
        </w:numPr>
      </w:pPr>
      <w:r>
        <w:t>Ask respectful questions focused on common values: family, service, gratitude, reverence.</w:t>
      </w:r>
    </w:p>
    <w:p>
      <w:pPr>
        <w:spacing w:after="20"/>
        <w:numPr>
          <w:ilvl w:val="0"/>
          <w:numId w:val="74"/>
        </w:numPr>
      </w:pPr>
      <w:r>
        <w:t>Name two similarities people noticed across traditions.</w:t>
      </w:r>
    </w:p>
    <w:p>
      <w:pPr>
        <w:spacing w:after="40"/>
      </w:pPr>
      <w:r>
        <w:rPr>
          <w:i/>
          <w:sz w:val="18"/>
        </w:rPr>
        <w:t>Needs: home projects or notes, table</w:t>
      </w:r>
    </w:p>
    <w:p>
      <w:pPr>
        <w:spacing w:after="20"/>
      </w:pPr>
      <w:r>
        <w:rPr>
          <w:b/>
        </w:rPr>
        <w:t>Activity — Fellowship Completion Check</w:t>
      </w:r>
    </w:p>
    <w:p>
      <w:pPr>
        <w:spacing w:after="20"/>
        <w:numPr>
          <w:ilvl w:val="0"/>
          <w:numId w:val="75"/>
        </w:numPr>
      </w:pPr>
      <w:r>
        <w:t>Privately check which families still need service/gathering or different-faith conversation tasks.</w:t>
      </w:r>
    </w:p>
    <w:p>
      <w:pPr>
        <w:spacing w:after="20"/>
        <w:numPr>
          <w:ilvl w:val="0"/>
          <w:numId w:val="75"/>
        </w:numPr>
      </w:pPr>
      <w:r>
        <w:t>Give a simple make-up plan for anything incomplete.</w:t>
      </w:r>
    </w:p>
    <w:p>
      <w:pPr>
        <w:spacing w:after="20"/>
        <w:numPr>
          <w:ilvl w:val="0"/>
          <w:numId w:val="75"/>
        </w:numPr>
      </w:pPr>
      <w:r>
        <w:t>Close with each Scout naming one kind act they can keep doing.</w:t>
      </w:r>
    </w:p>
    <w:p>
      <w:pPr>
        <w:spacing w:after="40"/>
      </w:pPr>
      <w:r>
        <w:rPr>
          <w:i/>
          <w:sz w:val="18"/>
        </w:rPr>
        <w:t>Needs: completion checklist, pencils</w:t>
      </w:r>
    </w:p>
    <w:p>
      <w:pPr>
        <w:spacing w:after="20"/>
      </w:pPr>
      <w:r>
        <w:rPr>
          <w:b/>
        </w:rPr>
        <w:t>Closing — Closing Ceremony - the Living Circle</w:t>
      </w:r>
    </w:p>
    <w:p>
      <w:pPr>
        <w:spacing w:after="20"/>
        <w:numPr>
          <w:ilvl w:val="0"/>
          <w:numId w:val="76"/>
        </w:numPr>
      </w:pPr>
      <w:r>
        <w:t>Form a circle. Everyone puts their left hand toward the center, little fingers linked to the next Scout.</w:t>
      </w:r>
    </w:p>
    <w:p>
      <w:pPr>
        <w:spacing w:after="20"/>
        <w:numPr>
          <w:ilvl w:val="0"/>
          <w:numId w:val="76"/>
        </w:numPr>
      </w:pPr>
      <w:r>
        <w:t>Den Chief shares a 1-sentence thought tied to tonight (e.g., 'Tonight we practiced being Helpful.').</w:t>
      </w:r>
    </w:p>
    <w:p>
      <w:pPr>
        <w:spacing w:after="20"/>
        <w:numPr>
          <w:ilvl w:val="0"/>
          <w:numId w:val="76"/>
        </w:numPr>
      </w:pPr>
      <w:r>
        <w:t>On the Den Chief's signal, everyone raises the circle and gives a quiet 'Do Your Best!' Dismiss.</w:t>
      </w:r>
    </w:p>
    <w:p>
      <w:pPr>
        <w:spacing w:after="40"/>
      </w:pPr>
      <w:r>
        <w:rPr>
          <w:b/>
        </w:rPr>
        <w:t>Send home / follow-up:</w:t>
      </w:r>
    </w:p>
    <w:p>
      <w:pPr>
        <w:pStyle w:val="ListBullet"/>
      </w:pPr>
      <w:r>
        <w:t>Fellowship complete when home requirements are done. Send any missing items to the leader before April.</w:t>
      </w:r>
    </w:p>
    <w:p>
      <w:pPr>
        <w:spacing w:after="120"/>
      </w:pPr>
      <w:r>
        <w:rPr>
          <w:b/>
        </w:rPr>
        <w:t xml:space="preserve">Den Chief tip: </w:t>
      </w:r>
      <w:r>
        <w:t>March is the last required-adventure month. Use the flex week for confidential make-ups, not public pressure.</w:t>
      </w:r>
    </w:p>
    <w:p>
      <w:pPr>
        <w:spacing w:after="160"/>
      </w:pPr>
      <w:r>
        <w:rPr>
          <w:b/>
        </w:rPr>
        <w:t xml:space="preserve">Flex week idea: </w:t>
      </w:r>
      <w:r>
        <w:t>Mar 11: Fellowship home-task make-up check, Pinewood Derby tune-up, or a simple kindness service add-on.</w:t>
      </w:r>
    </w:p>
    <w:p>
      <w:pPr>
        <w:spacing w:before="280" w:after="80"/>
      </w:pPr>
      <w:r>
        <w:rPr>
          <w:b/>
          <w:color w:val="0B6E4F"/>
          <w:sz w:val="28"/>
        </w:rPr>
        <w:t>April 2027: Baloo the Builder (elective) + Catch-Up</w:t>
      </w:r>
    </w:p>
    <w:p>
      <w:r>
        <w:rPr>
          <w:i/>
        </w:rPr>
        <w:t>April is a buffer to finish incomplete required adventures before the April 29 End-of-Year Awards, plus a fun elective using basic tools to build a project.</w:t>
      </w:r>
    </w:p>
    <w:tbl>
      <w:tblPr>
        <w:tblStyle w:val="LightGrid-Accent1"/>
        <w:tblW w:type="auto" w:w="0"/>
        <w:tblLook w:firstColumn="1" w:firstRow="1" w:lastColumn="0" w:lastRow="0" w:noHBand="0" w:noVBand="1" w:val="04A0"/>
      </w:tblPr>
      <w:tblGrid>
        <w:gridCol w:w="2520"/>
        <w:gridCol w:w="2520"/>
        <w:gridCol w:w="2520"/>
        <w:gridCol w:w="2520"/>
      </w:tblGrid>
      <w:tr>
        <w:tc>
          <w:tcPr>
            <w:tcW w:type="dxa" w:w="2520"/>
          </w:tcPr>
          <w:p>
            <w:r>
              <w:rPr>
                <w:sz w:val="17"/>
              </w:rPr>
              <w:t>Aligned Den Meeting</w:t>
              <w:br/>
              <w:t>Thu Apr 8</w:t>
            </w:r>
          </w:p>
        </w:tc>
        <w:tc>
          <w:tcPr>
            <w:tcW w:type="dxa" w:w="2520"/>
          </w:tcPr>
          <w:p>
            <w:r>
              <w:rPr>
                <w:sz w:val="17"/>
              </w:rPr>
              <w:t>Aligned Den Meeting</w:t>
              <w:br/>
              <w:t>Thu Apr 22</w:t>
            </w:r>
          </w:p>
        </w:tc>
        <w:tc>
          <w:tcPr>
            <w:tcW w:type="dxa" w:w="2520"/>
          </w:tcPr>
          <w:p>
            <w:r>
              <w:rPr>
                <w:sz w:val="17"/>
              </w:rPr>
              <w:t>Flex Week</w:t>
              <w:br/>
              <w:t>Thu Apr 15</w:t>
            </w:r>
          </w:p>
        </w:tc>
        <w:tc>
          <w:tcPr>
            <w:tcW w:type="dxa" w:w="2520"/>
          </w:tcPr>
          <w:p>
            <w:r>
              <w:rPr>
                <w:sz w:val="17"/>
              </w:rPr>
              <w:t>Pack Meeting</w:t>
              <w:br/>
              <w:t>Thu Apr 29</w:t>
            </w:r>
          </w:p>
        </w:tc>
      </w:tr>
    </w:tbl>
    <w:p/>
    <w:p>
      <w:r>
        <w:rPr>
          <w:b/>
        </w:rPr>
        <w:t>Family / at-home requirements this month:</w:t>
      </w:r>
    </w:p>
    <w:p>
      <w:pPr>
        <w:pStyle w:val="ListBullet"/>
      </w:pPr>
      <w:r>
        <w:t>Any Bear missing required-adventure home tasks should finish them before the April 29 End-of-Year Awards.</w:t>
      </w:r>
    </w:p>
    <w:p>
      <w:pPr>
        <w:spacing w:before="200" w:after="80"/>
      </w:pPr>
      <w:r>
        <w:rPr>
          <w:b/>
          <w:color w:val="0B6E4F"/>
          <w:sz w:val="25"/>
        </w:rPr>
        <w:t>Thu Apr 8  —  Tool Safety and Practice</w:t>
      </w:r>
    </w:p>
    <w:p>
      <w:pPr>
        <w:spacing w:after="40"/>
      </w:pPr>
      <w:r>
        <w:rPr>
          <w:b/>
        </w:rPr>
        <w:t xml:space="preserve">Focus: </w:t>
      </w:r>
      <w:r>
        <w:t>Learn basic tool safety, practice four tools, and choose a simple project to build.</w:t>
      </w:r>
    </w:p>
    <w:p>
      <w:pPr>
        <w:spacing w:after="40"/>
      </w:pPr>
      <w:r>
        <w:rPr>
          <w:b/>
        </w:rPr>
        <w:t>Requirements completed tonight:</w:t>
      </w:r>
    </w:p>
    <w:p>
      <w:pPr>
        <w:pStyle w:val="ListBullet"/>
      </w:pPr>
      <w:r>
        <w:t>Baloo the Builder 1 (Learn basic tools and safe use)</w:t>
      </w:r>
    </w:p>
    <w:p>
      <w:pPr>
        <w:pStyle w:val="ListBullet"/>
      </w:pPr>
      <w:r>
        <w:t>Baloo the Builder 2 (Practice using four tools)</w:t>
      </w:r>
    </w:p>
    <w:p>
      <w:pPr>
        <w:pStyle w:val="ListBullet"/>
      </w:pPr>
      <w:r>
        <w:t>Baloo the Builder 3 (Choose a project to build)</w:t>
      </w:r>
    </w:p>
    <w:p>
      <w:pPr>
        <w:pStyle w:val="ListBullet"/>
      </w:pPr>
      <w:r>
        <w:t>Baloo the Builder 4 (Determine tools/materials needed)</w:t>
      </w:r>
    </w:p>
    <w:p>
      <w:pPr>
        <w:spacing w:after="40"/>
      </w:pPr>
      <w:r>
        <w:rPr>
          <w:b/>
        </w:rPr>
        <w:t>Materials to bring:</w:t>
      </w:r>
    </w:p>
    <w:p>
      <w:r>
        <w:t>tape measures, pencils, sandpaper, scrap wood, screwdrivers, screws, hammers, nails, safety glasses, sample project pictures, planning sheets</w:t>
      </w:r>
    </w:p>
    <w:p>
      <w:pPr>
        <w:spacing w:after="20"/>
      </w:pPr>
      <w:r>
        <w:rPr>
          <w:b/>
        </w:rPr>
        <w:t>Gathering — Tool ID Match</w:t>
      </w:r>
    </w:p>
    <w:p>
      <w:pPr>
        <w:spacing w:after="20"/>
        <w:numPr>
          <w:ilvl w:val="0"/>
          <w:numId w:val="77"/>
        </w:numPr>
      </w:pPr>
      <w:r>
        <w:t>Lay out tools or pictures with name cards.</w:t>
      </w:r>
    </w:p>
    <w:p>
      <w:pPr>
        <w:spacing w:after="20"/>
        <w:numPr>
          <w:ilvl w:val="0"/>
          <w:numId w:val="77"/>
        </w:numPr>
      </w:pPr>
      <w:r>
        <w:t>Scouts match each tool to its name and safe-use rule.</w:t>
      </w:r>
    </w:p>
    <w:p>
      <w:pPr>
        <w:spacing w:after="20"/>
        <w:numPr>
          <w:ilvl w:val="0"/>
          <w:numId w:val="77"/>
        </w:numPr>
      </w:pPr>
      <w:r>
        <w:t>Review: carry tools pointed down, use only with permission, wear safety gear.</w:t>
      </w:r>
    </w:p>
    <w:p>
      <w:pPr>
        <w:spacing w:after="20"/>
      </w:pPr>
      <w:r>
        <w:rPr>
          <w:b/>
        </w:rPr>
        <w:t>Opening — Opening Ceremony</w:t>
      </w:r>
    </w:p>
    <w:p>
      <w:pPr>
        <w:spacing w:after="20"/>
        <w:numPr>
          <w:ilvl w:val="0"/>
          <w:numId w:val="78"/>
        </w:numPr>
      </w:pPr>
      <w:r>
        <w:t>Form up in a horseshoe or circle. Ask a Scout to lead the Pledge of Allegiance to the flag.</w:t>
      </w:r>
    </w:p>
    <w:p>
      <w:pPr>
        <w:spacing w:after="20"/>
        <w:numPr>
          <w:ilvl w:val="0"/>
          <w:numId w:val="78"/>
        </w:numPr>
      </w:pPr>
      <w:r>
        <w:t>Everyone gives the Cub Scout sign and recites the Scout Oath together.</w:t>
      </w:r>
    </w:p>
    <w:p>
      <w:pPr>
        <w:spacing w:after="20"/>
        <w:numPr>
          <w:ilvl w:val="0"/>
          <w:numId w:val="78"/>
        </w:numPr>
      </w:pPr>
      <w:r>
        <w:t>Recite the Scout Law together. Younger dens may say it line-by-line after the Den Chief.</w:t>
      </w:r>
    </w:p>
    <w:p>
      <w:pPr>
        <w:spacing w:after="20"/>
      </w:pPr>
      <w:r>
        <w:rPr>
          <w:b/>
        </w:rPr>
        <w:t>Activity — Four-Tool Practice Stations</w:t>
      </w:r>
    </w:p>
    <w:p>
      <w:pPr>
        <w:spacing w:after="20"/>
        <w:numPr>
          <w:ilvl w:val="0"/>
          <w:numId w:val="79"/>
        </w:numPr>
      </w:pPr>
      <w:r>
        <w:t>Station 1: measure and mark a straight line.</w:t>
      </w:r>
    </w:p>
    <w:p>
      <w:pPr>
        <w:spacing w:after="20"/>
        <w:numPr>
          <w:ilvl w:val="0"/>
          <w:numId w:val="79"/>
        </w:numPr>
      </w:pPr>
      <w:r>
        <w:t>Station 2: sand an edge smooth.</w:t>
      </w:r>
    </w:p>
    <w:p>
      <w:pPr>
        <w:spacing w:after="20"/>
        <w:numPr>
          <w:ilvl w:val="0"/>
          <w:numId w:val="79"/>
        </w:numPr>
      </w:pPr>
      <w:r>
        <w:t>Station 3: drive a screw by hand or with a supervised driver.</w:t>
      </w:r>
    </w:p>
    <w:p>
      <w:pPr>
        <w:spacing w:after="20"/>
        <w:numPr>
          <w:ilvl w:val="0"/>
          <w:numId w:val="79"/>
        </w:numPr>
      </w:pPr>
      <w:r>
        <w:t>Station 4: hammer nails into scrap wood with close adult supervision.</w:t>
      </w:r>
    </w:p>
    <w:p>
      <w:pPr>
        <w:spacing w:after="40"/>
      </w:pPr>
      <w:r>
        <w:rPr>
          <w:i/>
          <w:sz w:val="18"/>
        </w:rPr>
        <w:t>Needs: tape measures, pencils, sandpaper, scrap wood, screwdrivers, screws, hammers, nails, safety glasses</w:t>
      </w:r>
    </w:p>
    <w:p>
      <w:pPr>
        <w:spacing w:after="20"/>
      </w:pPr>
      <w:r>
        <w:rPr>
          <w:b/>
        </w:rPr>
        <w:t>Activity — Pick the Project and Make a Build List</w:t>
      </w:r>
    </w:p>
    <w:p>
      <w:pPr>
        <w:spacing w:after="20"/>
        <w:numPr>
          <w:ilvl w:val="0"/>
          <w:numId w:val="80"/>
        </w:numPr>
      </w:pPr>
      <w:r>
        <w:t>Offer 2-3 simple projects: toolbox, birdhouse kit, bookend, game board, or pencil holder.</w:t>
      </w:r>
    </w:p>
    <w:p>
      <w:pPr>
        <w:spacing w:after="20"/>
        <w:numPr>
          <w:ilvl w:val="0"/>
          <w:numId w:val="80"/>
        </w:numPr>
      </w:pPr>
      <w:r>
        <w:t>Scouts choose one den project or small individual project.</w:t>
      </w:r>
    </w:p>
    <w:p>
      <w:pPr>
        <w:spacing w:after="20"/>
        <w:numPr>
          <w:ilvl w:val="0"/>
          <w:numId w:val="80"/>
        </w:numPr>
      </w:pPr>
      <w:r>
        <w:t>List tools, wood/kit parts, fasteners, and safety gear needed for s2.</w:t>
      </w:r>
    </w:p>
    <w:p>
      <w:pPr>
        <w:spacing w:after="40"/>
      </w:pPr>
      <w:r>
        <w:rPr>
          <w:i/>
          <w:sz w:val="18"/>
        </w:rPr>
        <w:t>Needs: sample project pictures, planning sheets, pencils</w:t>
      </w:r>
    </w:p>
    <w:p>
      <w:pPr>
        <w:spacing w:after="20"/>
      </w:pPr>
      <w:r>
        <w:rPr>
          <w:b/>
        </w:rPr>
        <w:t>Closing — Closing Ceremony - the Living Circle</w:t>
      </w:r>
    </w:p>
    <w:p>
      <w:pPr>
        <w:spacing w:after="20"/>
        <w:numPr>
          <w:ilvl w:val="0"/>
          <w:numId w:val="81"/>
        </w:numPr>
      </w:pPr>
      <w:r>
        <w:t>Form a circle. Everyone puts their left hand toward the center, little fingers linked to the next Scout.</w:t>
      </w:r>
    </w:p>
    <w:p>
      <w:pPr>
        <w:spacing w:after="20"/>
        <w:numPr>
          <w:ilvl w:val="0"/>
          <w:numId w:val="81"/>
        </w:numPr>
      </w:pPr>
      <w:r>
        <w:t>Den Chief shares a 1-sentence thought tied to tonight (e.g., 'Tonight we practiced being Helpful.').</w:t>
      </w:r>
    </w:p>
    <w:p>
      <w:pPr>
        <w:spacing w:after="20"/>
        <w:numPr>
          <w:ilvl w:val="0"/>
          <w:numId w:val="81"/>
        </w:numPr>
      </w:pPr>
      <w:r>
        <w:t>On the Den Chief's signal, everyone raises the circle and gives a quiet 'Do Your Best!' Dismiss.</w:t>
      </w:r>
    </w:p>
    <w:p>
      <w:pPr>
        <w:spacing w:after="40"/>
      </w:pPr>
      <w:r>
        <w:rPr>
          <w:b/>
        </w:rPr>
        <w:t>Send home / follow-up:</w:t>
      </w:r>
    </w:p>
    <w:p>
      <w:pPr>
        <w:pStyle w:val="ListBullet"/>
      </w:pPr>
      <w:r>
        <w:t>Ask families to send any missing advancement make-up proof before the April 29 awards.</w:t>
      </w:r>
    </w:p>
    <w:p>
      <w:pPr>
        <w:spacing w:after="120"/>
      </w:pPr>
      <w:r>
        <w:rPr>
          <w:b/>
        </w:rPr>
        <w:t xml:space="preserve">Den Chief tip: </w:t>
      </w:r>
      <w:r>
        <w:t>Tool work needs extra adults. Pre-cut wood if you cannot supervise saws safely; Bears can still measure, sand, fasten, and finish.</w:t>
      </w:r>
    </w:p>
    <w:p>
      <w:pPr>
        <w:spacing w:before="200" w:after="80"/>
      </w:pPr>
      <w:r>
        <w:rPr>
          <w:b/>
          <w:color w:val="0B6E4F"/>
          <w:sz w:val="25"/>
        </w:rPr>
        <w:t>Thu Apr 22  —  Build and Celebrate</w:t>
      </w:r>
    </w:p>
    <w:p>
      <w:pPr>
        <w:spacing w:after="40"/>
      </w:pPr>
      <w:r>
        <w:rPr>
          <w:b/>
        </w:rPr>
        <w:t xml:space="preserve">Focus: </w:t>
      </w:r>
      <w:r>
        <w:t>Build the project, clean up safely, and finish advancement checks before awards night.</w:t>
      </w:r>
    </w:p>
    <w:p>
      <w:pPr>
        <w:spacing w:after="40"/>
      </w:pPr>
      <w:r>
        <w:rPr>
          <w:b/>
        </w:rPr>
        <w:t>Requirements completed tonight:</w:t>
      </w:r>
    </w:p>
    <w:p>
      <w:pPr>
        <w:pStyle w:val="ListBullet"/>
      </w:pPr>
      <w:r>
        <w:t>Baloo the Builder 5 (Build your project)</w:t>
      </w:r>
    </w:p>
    <w:p>
      <w:pPr>
        <w:pStyle w:val="ListBullet"/>
      </w:pPr>
      <w:r>
        <w:t>April catch-up (finish any incomplete required adventures before awards)</w:t>
      </w:r>
    </w:p>
    <w:p>
      <w:pPr>
        <w:spacing w:after="40"/>
      </w:pPr>
      <w:r>
        <w:rPr>
          <w:b/>
        </w:rPr>
        <w:t>Materials to bring:</w:t>
      </w:r>
    </w:p>
    <w:p>
      <w:r>
        <w:t>project kits or pre-cut wood, sandpaper, screws or nails, screwdrivers, hammers, wood glue, markers or paint, safety glasses, broom, dustpan, trash bag, advancement checklist</w:t>
      </w:r>
    </w:p>
    <w:p>
      <w:pPr>
        <w:spacing w:after="20"/>
      </w:pPr>
      <w:r>
        <w:rPr>
          <w:b/>
        </w:rPr>
        <w:t>Gathering — Safety Gear On</w:t>
      </w:r>
    </w:p>
    <w:p>
      <w:pPr>
        <w:spacing w:after="20"/>
        <w:numPr>
          <w:ilvl w:val="0"/>
          <w:numId w:val="82"/>
        </w:numPr>
      </w:pPr>
      <w:r>
        <w:t>Scouts put on safety glasses as they arrive.</w:t>
      </w:r>
    </w:p>
    <w:p>
      <w:pPr>
        <w:spacing w:after="20"/>
        <w:numPr>
          <w:ilvl w:val="0"/>
          <w:numId w:val="82"/>
        </w:numPr>
      </w:pPr>
      <w:r>
        <w:t>Den Chief checks closed-toe shoes and tied laces.</w:t>
      </w:r>
    </w:p>
    <w:p>
      <w:pPr>
        <w:spacing w:after="20"/>
        <w:numPr>
          <w:ilvl w:val="0"/>
          <w:numId w:val="82"/>
        </w:numPr>
      </w:pPr>
      <w:r>
        <w:t>Review the tool stop signal before anyone touches tools.</w:t>
      </w:r>
    </w:p>
    <w:p>
      <w:pPr>
        <w:spacing w:after="20"/>
      </w:pPr>
      <w:r>
        <w:rPr>
          <w:b/>
        </w:rPr>
        <w:t>Opening — Opening Ceremony</w:t>
      </w:r>
    </w:p>
    <w:p>
      <w:pPr>
        <w:spacing w:after="20"/>
        <w:numPr>
          <w:ilvl w:val="0"/>
          <w:numId w:val="83"/>
        </w:numPr>
      </w:pPr>
      <w:r>
        <w:t>Form up in a horseshoe or circle. Ask a Scout to lead the Pledge of Allegiance to the flag.</w:t>
      </w:r>
    </w:p>
    <w:p>
      <w:pPr>
        <w:spacing w:after="20"/>
        <w:numPr>
          <w:ilvl w:val="0"/>
          <w:numId w:val="83"/>
        </w:numPr>
      </w:pPr>
      <w:r>
        <w:t>Everyone gives the Cub Scout sign and recites the Scout Oath together.</w:t>
      </w:r>
    </w:p>
    <w:p>
      <w:pPr>
        <w:spacing w:after="20"/>
        <w:numPr>
          <w:ilvl w:val="0"/>
          <w:numId w:val="83"/>
        </w:numPr>
      </w:pPr>
      <w:r>
        <w:t>Recite the Scout Law together. Younger dens may say it line-by-line after the Den Chief.</w:t>
      </w:r>
    </w:p>
    <w:p>
      <w:pPr>
        <w:spacing w:after="20"/>
      </w:pPr>
      <w:r>
        <w:rPr>
          <w:b/>
        </w:rPr>
        <w:t>Activity — Build the Project</w:t>
      </w:r>
    </w:p>
    <w:p>
      <w:pPr>
        <w:spacing w:after="20"/>
        <w:numPr>
          <w:ilvl w:val="0"/>
          <w:numId w:val="84"/>
        </w:numPr>
      </w:pPr>
      <w:r>
        <w:t>Set up parts in order and review the plan before starting.</w:t>
      </w:r>
    </w:p>
    <w:p>
      <w:pPr>
        <w:spacing w:after="20"/>
        <w:numPr>
          <w:ilvl w:val="0"/>
          <w:numId w:val="84"/>
        </w:numPr>
      </w:pPr>
      <w:r>
        <w:t>Scouts measure, sand, fasten, and assemble with adult spotters at tool stations.</w:t>
      </w:r>
    </w:p>
    <w:p>
      <w:pPr>
        <w:spacing w:after="20"/>
        <w:numPr>
          <w:ilvl w:val="0"/>
          <w:numId w:val="84"/>
        </w:numPr>
      </w:pPr>
      <w:r>
        <w:t>Add name, simple decoration, or finish if time allows.</w:t>
      </w:r>
    </w:p>
    <w:p>
      <w:pPr>
        <w:spacing w:after="40"/>
      </w:pPr>
      <w:r>
        <w:rPr>
          <w:i/>
          <w:sz w:val="18"/>
        </w:rPr>
        <w:t>Needs: project kits or pre-cut wood, sandpaper, screws or nails, screwdrivers, hammers, wood glue, markers or paint, safety glasses</w:t>
      </w:r>
    </w:p>
    <w:p>
      <w:pPr>
        <w:spacing w:after="20"/>
      </w:pPr>
      <w:r>
        <w:rPr>
          <w:b/>
        </w:rPr>
        <w:t>Activity — Clean-Up and Advancement Check</w:t>
      </w:r>
    </w:p>
    <w:p>
      <w:pPr>
        <w:spacing w:after="20"/>
        <w:numPr>
          <w:ilvl w:val="0"/>
          <w:numId w:val="85"/>
        </w:numPr>
      </w:pPr>
      <w:r>
        <w:t>Collect tools first, then sweep scraps and wipe tables.</w:t>
      </w:r>
    </w:p>
    <w:p>
      <w:pPr>
        <w:spacing w:after="20"/>
        <w:numPr>
          <w:ilvl w:val="0"/>
          <w:numId w:val="85"/>
        </w:numPr>
      </w:pPr>
      <w:r>
        <w:t>Each Scout shows the project and names one tool used safely.</w:t>
      </w:r>
    </w:p>
    <w:p>
      <w:pPr>
        <w:spacing w:after="20"/>
        <w:numPr>
          <w:ilvl w:val="0"/>
          <w:numId w:val="85"/>
        </w:numPr>
      </w:pPr>
      <w:r>
        <w:t>Leader checks the required-adventure list and notes any last family follow-up before Apr 29.</w:t>
      </w:r>
    </w:p>
    <w:p>
      <w:pPr>
        <w:spacing w:after="40"/>
      </w:pPr>
      <w:r>
        <w:rPr>
          <w:i/>
          <w:sz w:val="18"/>
        </w:rPr>
        <w:t>Needs: broom, dustpan, trash bag, advancement checklist</w:t>
      </w:r>
    </w:p>
    <w:p>
      <w:pPr>
        <w:spacing w:after="20"/>
      </w:pPr>
      <w:r>
        <w:rPr>
          <w:b/>
        </w:rPr>
        <w:t>Closing — Closing Ceremony - the Living Circle</w:t>
      </w:r>
    </w:p>
    <w:p>
      <w:pPr>
        <w:spacing w:after="20"/>
        <w:numPr>
          <w:ilvl w:val="0"/>
          <w:numId w:val="86"/>
        </w:numPr>
      </w:pPr>
      <w:r>
        <w:t>Form a circle. Everyone puts their left hand toward the center, little fingers linked to the next Scout.</w:t>
      </w:r>
    </w:p>
    <w:p>
      <w:pPr>
        <w:spacing w:after="20"/>
        <w:numPr>
          <w:ilvl w:val="0"/>
          <w:numId w:val="86"/>
        </w:numPr>
      </w:pPr>
      <w:r>
        <w:t>Den Chief shares a 1-sentence thought tied to tonight (e.g., 'Tonight we practiced being Helpful.').</w:t>
      </w:r>
    </w:p>
    <w:p>
      <w:pPr>
        <w:spacing w:after="20"/>
        <w:numPr>
          <w:ilvl w:val="0"/>
          <w:numId w:val="86"/>
        </w:numPr>
      </w:pPr>
      <w:r>
        <w:t>On the Den Chief's signal, everyone raises the circle and gives a quiet 'Do Your Best!' Dismiss.</w:t>
      </w:r>
    </w:p>
    <w:p>
      <w:pPr>
        <w:spacing w:after="40"/>
      </w:pPr>
      <w:r>
        <w:rPr>
          <w:b/>
        </w:rPr>
        <w:t>Send home / follow-up:</w:t>
      </w:r>
    </w:p>
    <w:p>
      <w:pPr>
        <w:pStyle w:val="ListBullet"/>
      </w:pPr>
      <w:r>
        <w:t>See you at the April 29 End-of-Year Awards. Bring any final make-up proof before then.</w:t>
      </w:r>
    </w:p>
    <w:p>
      <w:pPr>
        <w:spacing w:after="120"/>
      </w:pPr>
      <w:r>
        <w:rPr>
          <w:b/>
        </w:rPr>
        <w:t xml:space="preserve">Den Chief tip: </w:t>
      </w:r>
      <w:r>
        <w:t>Keep projects simple enough to finish in one meeting. If something breaks, praise problem-solving and help the Scout repair it.</w:t>
      </w:r>
    </w:p>
    <w:p>
      <w:pPr>
        <w:spacing w:after="160"/>
      </w:pPr>
      <w:r>
        <w:rPr>
          <w:b/>
        </w:rPr>
        <w:t xml:space="preserve">Flex week idea: </w:t>
      </w:r>
      <w:r>
        <w:t>Apr 15: final required-adventure buffer, extra build night, or project finishing before the April 29 End-of-Year Awards.</w:t>
      </w:r>
    </w:p>
    <w:sectPr w:rsidR="00FC693F" w:rsidRPr="0006063C" w:rsidSect="00034616">
      <w:pgSz w:w="12240" w:h="15840"/>
      <w:pgMar w:top="1008" w:right="1080" w:bottom="100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multiLevelType w:val="singleLevel"/>
    <w:lvl w:ilvl="0">
      <w:start w:val="1"/>
      <w:numFmt w:val="decimal"/>
      <w:lvlText w:val="%1."/>
      <w:lvlJc w:val="left"/>
      <w:pPr>
        <w:ind w:left="72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lvlOverride w:ilvl="0">
      <w:startOverride w:val="1"/>
    </w:lvlOverride>
  </w:num>
  <w:num w:numId="11">
    <w:abstractNumId w:val="9"/>
    <w:lvlOverride w:ilvl="0">
      <w:startOverride w:val="1"/>
    </w:lvlOverride>
  </w:num>
  <w:num w:numId="12">
    <w:abstractNumId w:val="9"/>
    <w:lvlOverride w:ilvl="0">
      <w:startOverride w:val="1"/>
    </w:lvlOverride>
  </w:num>
  <w:num w:numId="13">
    <w:abstractNumId w:val="9"/>
    <w:lvlOverride w:ilvl="0">
      <w:startOverride w:val="1"/>
    </w:lvlOverride>
  </w:num>
  <w:num w:numId="14">
    <w:abstractNumId w:val="9"/>
    <w:lvlOverride w:ilvl="0">
      <w:startOverride w:val="1"/>
    </w:lvlOverride>
  </w:num>
  <w:num w:numId="15">
    <w:abstractNumId w:val="9"/>
    <w:lvlOverride w:ilvl="0">
      <w:startOverride w:val="1"/>
    </w:lvlOverride>
  </w:num>
  <w:num w:numId="16">
    <w:abstractNumId w:val="9"/>
    <w:lvlOverride w:ilvl="0">
      <w:startOverride w:val="1"/>
    </w:lvlOverride>
  </w:num>
  <w:num w:numId="17">
    <w:abstractNumId w:val="9"/>
    <w:lvlOverride w:ilvl="0">
      <w:startOverride w:val="1"/>
    </w:lvlOverride>
  </w:num>
  <w:num w:numId="18">
    <w:abstractNumId w:val="9"/>
    <w:lvlOverride w:ilvl="0">
      <w:startOverride w:val="1"/>
    </w:lvlOverride>
  </w:num>
  <w:num w:numId="19">
    <w:abstractNumId w:val="9"/>
    <w:lvlOverride w:ilvl="0">
      <w:startOverride w:val="1"/>
    </w:lvlOverride>
  </w:num>
  <w:num w:numId="20">
    <w:abstractNumId w:val="9"/>
    <w:lvlOverride w:ilvl="0">
      <w:startOverride w:val="1"/>
    </w:lvlOverride>
  </w:num>
  <w:num w:numId="21">
    <w:abstractNumId w:val="9"/>
    <w:lvlOverride w:ilvl="0">
      <w:startOverride w:val="1"/>
    </w:lvlOverride>
  </w:num>
  <w:num w:numId="22">
    <w:abstractNumId w:val="9"/>
    <w:lvlOverride w:ilvl="0">
      <w:startOverride w:val="1"/>
    </w:lvlOverride>
  </w:num>
  <w:num w:numId="23">
    <w:abstractNumId w:val="9"/>
    <w:lvlOverride w:ilvl="0">
      <w:startOverride w:val="1"/>
    </w:lvlOverride>
  </w:num>
  <w:num w:numId="24">
    <w:abstractNumId w:val="9"/>
    <w:lvlOverride w:ilvl="0">
      <w:startOverride w:val="1"/>
    </w:lvlOverride>
  </w:num>
  <w:num w:numId="25">
    <w:abstractNumId w:val="9"/>
    <w:lvlOverride w:ilvl="0">
      <w:startOverride w:val="1"/>
    </w:lvlOverride>
  </w:num>
  <w:num w:numId="26">
    <w:abstractNumId w:val="9"/>
    <w:lvlOverride w:ilvl="0">
      <w:startOverride w:val="1"/>
    </w:lvlOverride>
  </w:num>
  <w:num w:numId="27">
    <w:abstractNumId w:val="9"/>
    <w:lvlOverride w:ilvl="0">
      <w:startOverride w:val="1"/>
    </w:lvlOverride>
  </w:num>
  <w:num w:numId="28">
    <w:abstractNumId w:val="9"/>
    <w:lvlOverride w:ilvl="0">
      <w:startOverride w:val="1"/>
    </w:lvlOverride>
  </w:num>
  <w:num w:numId="29">
    <w:abstractNumId w:val="9"/>
    <w:lvlOverride w:ilvl="0">
      <w:startOverride w:val="1"/>
    </w:lvlOverride>
  </w:num>
  <w:num w:numId="30">
    <w:abstractNumId w:val="9"/>
    <w:lvlOverride w:ilvl="0">
      <w:startOverride w:val="1"/>
    </w:lvlOverride>
  </w:num>
  <w:num w:numId="31">
    <w:abstractNumId w:val="9"/>
    <w:lvlOverride w:ilvl="0">
      <w:startOverride w:val="1"/>
    </w:lvlOverride>
  </w:num>
  <w:num w:numId="32">
    <w:abstractNumId w:val="9"/>
    <w:lvlOverride w:ilvl="0">
      <w:startOverride w:val="1"/>
    </w:lvlOverride>
  </w:num>
  <w:num w:numId="33">
    <w:abstractNumId w:val="9"/>
    <w:lvlOverride w:ilvl="0">
      <w:startOverride w:val="1"/>
    </w:lvlOverride>
  </w:num>
  <w:num w:numId="34">
    <w:abstractNumId w:val="9"/>
    <w:lvlOverride w:ilvl="0">
      <w:startOverride w:val="1"/>
    </w:lvlOverride>
  </w:num>
  <w:num w:numId="35">
    <w:abstractNumId w:val="9"/>
    <w:lvlOverride w:ilvl="0">
      <w:startOverride w:val="1"/>
    </w:lvlOverride>
  </w:num>
  <w:num w:numId="36">
    <w:abstractNumId w:val="9"/>
    <w:lvlOverride w:ilvl="0">
      <w:startOverride w:val="1"/>
    </w:lvlOverride>
  </w:num>
  <w:num w:numId="37">
    <w:abstractNumId w:val="9"/>
    <w:lvlOverride w:ilvl="0">
      <w:startOverride w:val="1"/>
    </w:lvlOverride>
  </w:num>
  <w:num w:numId="38">
    <w:abstractNumId w:val="9"/>
    <w:lvlOverride w:ilvl="0">
      <w:startOverride w:val="1"/>
    </w:lvlOverride>
  </w:num>
  <w:num w:numId="39">
    <w:abstractNumId w:val="9"/>
    <w:lvlOverride w:ilvl="0">
      <w:startOverride w:val="1"/>
    </w:lvlOverride>
  </w:num>
  <w:num w:numId="40">
    <w:abstractNumId w:val="9"/>
    <w:lvlOverride w:ilvl="0">
      <w:startOverride w:val="1"/>
    </w:lvlOverride>
  </w:num>
  <w:num w:numId="41">
    <w:abstractNumId w:val="9"/>
    <w:lvlOverride w:ilvl="0">
      <w:startOverride w:val="1"/>
    </w:lvlOverride>
  </w:num>
  <w:num w:numId="42">
    <w:abstractNumId w:val="9"/>
    <w:lvlOverride w:ilvl="0">
      <w:startOverride w:val="1"/>
    </w:lvlOverride>
  </w:num>
  <w:num w:numId="43">
    <w:abstractNumId w:val="9"/>
    <w:lvlOverride w:ilvl="0">
      <w:startOverride w:val="1"/>
    </w:lvlOverride>
  </w:num>
  <w:num w:numId="44">
    <w:abstractNumId w:val="9"/>
    <w:lvlOverride w:ilvl="0">
      <w:startOverride w:val="1"/>
    </w:lvlOverride>
  </w:num>
  <w:num w:numId="45">
    <w:abstractNumId w:val="9"/>
    <w:lvlOverride w:ilvl="0">
      <w:startOverride w:val="1"/>
    </w:lvlOverride>
  </w:num>
  <w:num w:numId="46">
    <w:abstractNumId w:val="9"/>
    <w:lvlOverride w:ilvl="0">
      <w:startOverride w:val="1"/>
    </w:lvlOverride>
  </w:num>
  <w:num w:numId="47">
    <w:abstractNumId w:val="9"/>
    <w:lvlOverride w:ilvl="0">
      <w:startOverride w:val="1"/>
    </w:lvlOverride>
  </w:num>
  <w:num w:numId="48">
    <w:abstractNumId w:val="9"/>
    <w:lvlOverride w:ilvl="0">
      <w:startOverride w:val="1"/>
    </w:lvlOverride>
  </w:num>
  <w:num w:numId="49">
    <w:abstractNumId w:val="9"/>
    <w:lvlOverride w:ilvl="0">
      <w:startOverride w:val="1"/>
    </w:lvlOverride>
  </w:num>
  <w:num w:numId="50">
    <w:abstractNumId w:val="9"/>
    <w:lvlOverride w:ilvl="0">
      <w:startOverride w:val="1"/>
    </w:lvlOverride>
  </w:num>
  <w:num w:numId="51">
    <w:abstractNumId w:val="9"/>
    <w:lvlOverride w:ilvl="0">
      <w:startOverride w:val="1"/>
    </w:lvlOverride>
  </w:num>
  <w:num w:numId="52">
    <w:abstractNumId w:val="9"/>
    <w:lvlOverride w:ilvl="0">
      <w:startOverride w:val="1"/>
    </w:lvlOverride>
  </w:num>
  <w:num w:numId="53">
    <w:abstractNumId w:val="9"/>
    <w:lvlOverride w:ilvl="0">
      <w:startOverride w:val="1"/>
    </w:lvlOverride>
  </w:num>
  <w:num w:numId="54">
    <w:abstractNumId w:val="9"/>
    <w:lvlOverride w:ilvl="0">
      <w:startOverride w:val="1"/>
    </w:lvlOverride>
  </w:num>
  <w:num w:numId="55">
    <w:abstractNumId w:val="9"/>
    <w:lvlOverride w:ilvl="0">
      <w:startOverride w:val="1"/>
    </w:lvlOverride>
  </w:num>
  <w:num w:numId="56">
    <w:abstractNumId w:val="9"/>
    <w:lvlOverride w:ilvl="0">
      <w:startOverride w:val="1"/>
    </w:lvlOverride>
  </w:num>
  <w:num w:numId="57">
    <w:abstractNumId w:val="9"/>
    <w:lvlOverride w:ilvl="0">
      <w:startOverride w:val="1"/>
    </w:lvlOverride>
  </w:num>
  <w:num w:numId="58">
    <w:abstractNumId w:val="9"/>
    <w:lvlOverride w:ilvl="0">
      <w:startOverride w:val="1"/>
    </w:lvlOverride>
  </w:num>
  <w:num w:numId="59">
    <w:abstractNumId w:val="9"/>
    <w:lvlOverride w:ilvl="0">
      <w:startOverride w:val="1"/>
    </w:lvlOverride>
  </w:num>
  <w:num w:numId="60">
    <w:abstractNumId w:val="9"/>
    <w:lvlOverride w:ilvl="0">
      <w:startOverride w:val="1"/>
    </w:lvlOverride>
  </w:num>
  <w:num w:numId="61">
    <w:abstractNumId w:val="9"/>
    <w:lvlOverride w:ilvl="0">
      <w:startOverride w:val="1"/>
    </w:lvlOverride>
  </w:num>
  <w:num w:numId="62">
    <w:abstractNumId w:val="9"/>
    <w:lvlOverride w:ilvl="0">
      <w:startOverride w:val="1"/>
    </w:lvlOverride>
  </w:num>
  <w:num w:numId="63">
    <w:abstractNumId w:val="9"/>
    <w:lvlOverride w:ilvl="0">
      <w:startOverride w:val="1"/>
    </w:lvlOverride>
  </w:num>
  <w:num w:numId="64">
    <w:abstractNumId w:val="9"/>
    <w:lvlOverride w:ilvl="0">
      <w:startOverride w:val="1"/>
    </w:lvlOverride>
  </w:num>
  <w:num w:numId="65">
    <w:abstractNumId w:val="9"/>
    <w:lvlOverride w:ilvl="0">
      <w:startOverride w:val="1"/>
    </w:lvlOverride>
  </w:num>
  <w:num w:numId="66">
    <w:abstractNumId w:val="9"/>
    <w:lvlOverride w:ilvl="0">
      <w:startOverride w:val="1"/>
    </w:lvlOverride>
  </w:num>
  <w:num w:numId="67">
    <w:abstractNumId w:val="9"/>
    <w:lvlOverride w:ilvl="0">
      <w:startOverride w:val="1"/>
    </w:lvlOverride>
  </w:num>
  <w:num w:numId="68">
    <w:abstractNumId w:val="9"/>
    <w:lvlOverride w:ilvl="0">
      <w:startOverride w:val="1"/>
    </w:lvlOverride>
  </w:num>
  <w:num w:numId="69">
    <w:abstractNumId w:val="9"/>
    <w:lvlOverride w:ilvl="0">
      <w:startOverride w:val="1"/>
    </w:lvlOverride>
  </w:num>
  <w:num w:numId="70">
    <w:abstractNumId w:val="9"/>
    <w:lvlOverride w:ilvl="0">
      <w:startOverride w:val="1"/>
    </w:lvlOverride>
  </w:num>
  <w:num w:numId="71">
    <w:abstractNumId w:val="9"/>
    <w:lvlOverride w:ilvl="0">
      <w:startOverride w:val="1"/>
    </w:lvlOverride>
  </w:num>
  <w:num w:numId="72">
    <w:abstractNumId w:val="9"/>
    <w:lvlOverride w:ilvl="0">
      <w:startOverride w:val="1"/>
    </w:lvlOverride>
  </w:num>
  <w:num w:numId="73">
    <w:abstractNumId w:val="9"/>
    <w:lvlOverride w:ilvl="0">
      <w:startOverride w:val="1"/>
    </w:lvlOverride>
  </w:num>
  <w:num w:numId="74">
    <w:abstractNumId w:val="9"/>
    <w:lvlOverride w:ilvl="0">
      <w:startOverride w:val="1"/>
    </w:lvlOverride>
  </w:num>
  <w:num w:numId="75">
    <w:abstractNumId w:val="9"/>
    <w:lvlOverride w:ilvl="0">
      <w:startOverride w:val="1"/>
    </w:lvlOverride>
  </w:num>
  <w:num w:numId="76">
    <w:abstractNumId w:val="9"/>
    <w:lvlOverride w:ilvl="0">
      <w:startOverride w:val="1"/>
    </w:lvlOverride>
  </w:num>
  <w:num w:numId="77">
    <w:abstractNumId w:val="9"/>
    <w:lvlOverride w:ilvl="0">
      <w:startOverride w:val="1"/>
    </w:lvlOverride>
  </w:num>
  <w:num w:numId="78">
    <w:abstractNumId w:val="9"/>
    <w:lvlOverride w:ilvl="0">
      <w:startOverride w:val="1"/>
    </w:lvlOverride>
  </w:num>
  <w:num w:numId="79">
    <w:abstractNumId w:val="9"/>
    <w:lvlOverride w:ilvl="0">
      <w:startOverride w:val="1"/>
    </w:lvlOverride>
  </w:num>
  <w:num w:numId="80">
    <w:abstractNumId w:val="9"/>
    <w:lvlOverride w:ilvl="0">
      <w:startOverride w:val="1"/>
    </w:lvlOverride>
  </w:num>
  <w:num w:numId="81">
    <w:abstractNumId w:val="9"/>
    <w:lvlOverride w:ilvl="0">
      <w:startOverride w:val="1"/>
    </w:lvlOverride>
  </w:num>
  <w:num w:numId="82">
    <w:abstractNumId w:val="9"/>
    <w:lvlOverride w:ilvl="0">
      <w:startOverride w:val="1"/>
    </w:lvlOverride>
  </w:num>
  <w:num w:numId="83">
    <w:abstractNumId w:val="9"/>
    <w:lvlOverride w:ilvl="0">
      <w:startOverride w:val="1"/>
    </w:lvlOverride>
  </w:num>
  <w:num w:numId="84">
    <w:abstractNumId w:val="9"/>
    <w:lvlOverride w:ilvl="0">
      <w:startOverride w:val="1"/>
    </w:lvlOverride>
  </w:num>
  <w:num w:numId="85">
    <w:abstractNumId w:val="9"/>
    <w:lvlOverride w:ilvl="0">
      <w:startOverride w:val="1"/>
    </w:lvlOverride>
  </w:num>
  <w:num w:numId="86">
    <w:abstractNumId w:val="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